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4C34C" w14:textId="77777777" w:rsidR="0086373D" w:rsidRDefault="0086373D" w:rsidP="0086373D">
      <w:pPr>
        <w:spacing w:line="240" w:lineRule="auto"/>
        <w:rPr>
          <w:rFonts w:eastAsia="Times New Roman" w:cs="Times New Roman"/>
          <w:b/>
        </w:rPr>
      </w:pPr>
    </w:p>
    <w:p w14:paraId="0F850EAF" w14:textId="77777777" w:rsidR="00593A15" w:rsidRDefault="00087353" w:rsidP="00965840">
      <w:pPr>
        <w:spacing w:line="240" w:lineRule="auto"/>
        <w:jc w:val="center"/>
      </w:pPr>
      <w:r>
        <w:rPr>
          <w:rFonts w:eastAsia="Times New Roman" w:cs="Times New Roman"/>
          <w:b/>
        </w:rPr>
        <w:t>FELNŐTT SZEMÉLY SZAKÉRTŐI VIZSGÁLATÁRA IRÁNYULÓ KÉRELEM</w:t>
      </w:r>
    </w:p>
    <w:p w14:paraId="13FC1D1C" w14:textId="77777777" w:rsidR="006620A0" w:rsidRDefault="00087353">
      <w:pPr>
        <w:spacing w:line="240" w:lineRule="auto"/>
        <w:jc w:val="center"/>
        <w:rPr>
          <w:rFonts w:eastAsia="Times New Roman" w:cs="Times New Roman"/>
          <w:i/>
        </w:rPr>
      </w:pPr>
      <w:proofErr w:type="spellStart"/>
      <w:r>
        <w:rPr>
          <w:rFonts w:eastAsia="Times New Roman" w:cs="Times New Roman"/>
          <w:i/>
        </w:rPr>
        <w:t>sajátos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nevelési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igény</w:t>
      </w:r>
      <w:proofErr w:type="spellEnd"/>
      <w:r>
        <w:rPr>
          <w:rFonts w:eastAsia="Times New Roman" w:cs="Times New Roman"/>
          <w:i/>
        </w:rPr>
        <w:t xml:space="preserve"> / </w:t>
      </w:r>
      <w:proofErr w:type="spellStart"/>
      <w:r>
        <w:rPr>
          <w:rFonts w:eastAsia="Times New Roman" w:cs="Times New Roman"/>
          <w:i/>
        </w:rPr>
        <w:t>fogyatékosság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megállapításához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vagy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kizárásához</w:t>
      </w:r>
      <w:proofErr w:type="spellEnd"/>
    </w:p>
    <w:p w14:paraId="7E90FB67" w14:textId="5C967B11" w:rsidR="00593A15" w:rsidRPr="009502C4" w:rsidRDefault="009502C4">
      <w:pPr>
        <w:spacing w:line="240" w:lineRule="auto"/>
        <w:jc w:val="center"/>
        <w:rPr>
          <w:b/>
        </w:rPr>
      </w:pPr>
      <w:r>
        <w:rPr>
          <w:rFonts w:eastAsia="Times New Roman" w:cs="Times New Roman"/>
          <w:i/>
        </w:rPr>
        <w:t xml:space="preserve"> </w:t>
      </w:r>
      <w:r w:rsidRPr="009502C4">
        <w:rPr>
          <w:rFonts w:eastAsia="Times New Roman" w:cs="Times New Roman"/>
          <w:b/>
          <w:i/>
        </w:rPr>
        <w:t>(</w:t>
      </w:r>
      <w:proofErr w:type="spellStart"/>
      <w:r w:rsidRPr="009502C4">
        <w:rPr>
          <w:rFonts w:eastAsia="Times New Roman" w:cs="Times New Roman"/>
          <w:b/>
          <w:i/>
        </w:rPr>
        <w:t>Szakértői</w:t>
      </w:r>
      <w:proofErr w:type="spellEnd"/>
      <w:r w:rsidRPr="009502C4">
        <w:rPr>
          <w:rFonts w:eastAsia="Times New Roman" w:cs="Times New Roman"/>
          <w:b/>
          <w:i/>
        </w:rPr>
        <w:t xml:space="preserve"> </w:t>
      </w:r>
      <w:proofErr w:type="spellStart"/>
      <w:r w:rsidRPr="009502C4">
        <w:rPr>
          <w:rFonts w:eastAsia="Times New Roman" w:cs="Times New Roman"/>
          <w:b/>
          <w:i/>
        </w:rPr>
        <w:t>vizsgálat</w:t>
      </w:r>
      <w:proofErr w:type="spellEnd"/>
      <w:r w:rsidRPr="009502C4">
        <w:rPr>
          <w:rFonts w:eastAsia="Times New Roman" w:cs="Times New Roman"/>
          <w:b/>
          <w:i/>
        </w:rPr>
        <w:t xml:space="preserve"> </w:t>
      </w:r>
      <w:proofErr w:type="spellStart"/>
      <w:r w:rsidRPr="009502C4">
        <w:rPr>
          <w:rFonts w:eastAsia="Times New Roman" w:cs="Times New Roman"/>
          <w:b/>
          <w:i/>
        </w:rPr>
        <w:t>iránti</w:t>
      </w:r>
      <w:proofErr w:type="spellEnd"/>
      <w:r w:rsidRPr="009502C4">
        <w:rPr>
          <w:rFonts w:eastAsia="Times New Roman" w:cs="Times New Roman"/>
          <w:b/>
          <w:i/>
        </w:rPr>
        <w:t xml:space="preserve"> </w:t>
      </w:r>
      <w:proofErr w:type="spellStart"/>
      <w:r w:rsidRPr="009502C4">
        <w:rPr>
          <w:rFonts w:eastAsia="Times New Roman" w:cs="Times New Roman"/>
          <w:b/>
          <w:i/>
        </w:rPr>
        <w:t>kérelemmel</w:t>
      </w:r>
      <w:proofErr w:type="spellEnd"/>
      <w:r w:rsidRPr="009502C4">
        <w:rPr>
          <w:rFonts w:eastAsia="Times New Roman" w:cs="Times New Roman"/>
          <w:b/>
          <w:i/>
        </w:rPr>
        <w:t xml:space="preserve"> </w:t>
      </w:r>
      <w:proofErr w:type="spellStart"/>
      <w:r w:rsidRPr="009502C4">
        <w:rPr>
          <w:rFonts w:eastAsia="Times New Roman" w:cs="Times New Roman"/>
          <w:b/>
          <w:i/>
        </w:rPr>
        <w:t>együtt</w:t>
      </w:r>
      <w:proofErr w:type="spellEnd"/>
      <w:r w:rsidRPr="009502C4">
        <w:rPr>
          <w:rFonts w:eastAsia="Times New Roman" w:cs="Times New Roman"/>
          <w:b/>
          <w:i/>
        </w:rPr>
        <w:t xml:space="preserve"> </w:t>
      </w:r>
      <w:proofErr w:type="spellStart"/>
      <w:r w:rsidRPr="009502C4">
        <w:rPr>
          <w:rFonts w:eastAsia="Times New Roman" w:cs="Times New Roman"/>
          <w:b/>
          <w:i/>
        </w:rPr>
        <w:t>benyújtandó</w:t>
      </w:r>
      <w:proofErr w:type="spellEnd"/>
      <w:r w:rsidRPr="009502C4">
        <w:rPr>
          <w:rFonts w:eastAsia="Times New Roman" w:cs="Times New Roman"/>
          <w:b/>
          <w:i/>
        </w:rPr>
        <w:t>)</w:t>
      </w:r>
    </w:p>
    <w:p w14:paraId="1B09A897" w14:textId="77777777" w:rsidR="00593A15" w:rsidRDefault="00087353">
      <w:pPr>
        <w:keepNext/>
      </w:pPr>
      <w:r>
        <w:rPr>
          <w:rFonts w:eastAsia="Times New Roman" w:cs="Times New Roman"/>
          <w:b/>
        </w:rPr>
        <w:t xml:space="preserve">1. </w:t>
      </w:r>
      <w:proofErr w:type="spellStart"/>
      <w:r>
        <w:rPr>
          <w:rFonts w:eastAsia="Times New Roman" w:cs="Times New Roman"/>
          <w:b/>
        </w:rPr>
        <w:t>Személyes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adatok</w:t>
      </w:r>
      <w:proofErr w:type="spellEnd"/>
    </w:p>
    <w:tbl>
      <w:tblPr>
        <w:tblW w:w="10833" w:type="dxa"/>
        <w:tblLayout w:type="fixed"/>
        <w:tblLook w:val="04A0" w:firstRow="1" w:lastRow="0" w:firstColumn="1" w:lastColumn="0" w:noHBand="0" w:noVBand="1"/>
      </w:tblPr>
      <w:tblGrid>
        <w:gridCol w:w="1620"/>
        <w:gridCol w:w="3543"/>
        <w:gridCol w:w="2041"/>
        <w:gridCol w:w="3629"/>
      </w:tblGrid>
      <w:tr w:rsidR="00593A15" w14:paraId="41F354C3" w14:textId="77777777" w:rsidTr="00965840"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C955A3B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Név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B37E2B" w14:textId="77777777" w:rsidR="00593A15" w:rsidRDefault="00593A15">
            <w:pPr>
              <w:spacing w:line="240" w:lineRule="auto"/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8FC37AC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Születési</w:t>
            </w:r>
            <w:proofErr w:type="spellEnd"/>
            <w:r>
              <w:rPr>
                <w:rFonts w:eastAsia="Times New Roman" w:cs="Times New Roman"/>
                <w:b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</w:rPr>
              <w:t>név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36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EF0AB96" w14:textId="77777777" w:rsidR="00593A15" w:rsidRDefault="00593A15">
            <w:pPr>
              <w:spacing w:line="240" w:lineRule="auto"/>
            </w:pPr>
          </w:p>
        </w:tc>
      </w:tr>
      <w:tr w:rsidR="00593A15" w14:paraId="4A3B84DE" w14:textId="77777777" w:rsidTr="00965840"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F078A51" w14:textId="77777777" w:rsidR="00593A15" w:rsidRDefault="00087353">
            <w:pPr>
              <w:spacing w:line="240" w:lineRule="auto"/>
            </w:pPr>
            <w:r>
              <w:rPr>
                <w:rFonts w:eastAsia="Times New Roman" w:cs="Times New Roman"/>
                <w:b/>
              </w:rPr>
              <w:t>Anyja neve:</w:t>
            </w: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F521839" w14:textId="77777777" w:rsidR="00593A15" w:rsidRDefault="00593A15">
            <w:pPr>
              <w:spacing w:line="240" w:lineRule="auto"/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781189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Születési</w:t>
            </w:r>
            <w:proofErr w:type="spellEnd"/>
            <w:r>
              <w:rPr>
                <w:rFonts w:eastAsia="Times New Roman" w:cs="Times New Roman"/>
                <w:b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</w:rPr>
              <w:t>hely</w:t>
            </w:r>
            <w:proofErr w:type="spellEnd"/>
            <w:r>
              <w:rPr>
                <w:rFonts w:eastAsia="Times New Roman" w:cs="Times New Roman"/>
                <w:b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</w:rPr>
              <w:t>idő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36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456B8A" w14:textId="77777777" w:rsidR="00593A15" w:rsidRDefault="00593A15">
            <w:pPr>
              <w:spacing w:line="240" w:lineRule="auto"/>
            </w:pPr>
          </w:p>
        </w:tc>
      </w:tr>
      <w:tr w:rsidR="00593A15" w14:paraId="43996D32" w14:textId="77777777" w:rsidTr="00965840"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651C87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Lakcím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A0445C2" w14:textId="77777777" w:rsidR="00593A15" w:rsidRDefault="00593A15">
            <w:pPr>
              <w:spacing w:line="240" w:lineRule="auto"/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F4C75E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Levelezési</w:t>
            </w:r>
            <w:proofErr w:type="spellEnd"/>
            <w:r>
              <w:rPr>
                <w:rFonts w:eastAsia="Times New Roman" w:cs="Times New Roman"/>
                <w:b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</w:rPr>
              <w:t>cím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36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9913B37" w14:textId="77777777" w:rsidR="00593A15" w:rsidRDefault="00593A15">
            <w:pPr>
              <w:spacing w:line="240" w:lineRule="auto"/>
            </w:pPr>
          </w:p>
        </w:tc>
      </w:tr>
      <w:tr w:rsidR="00593A15" w14:paraId="5BE5054E" w14:textId="77777777" w:rsidTr="00965840"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FFEE430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Telefonszám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084FB27" w14:textId="77777777" w:rsidR="00593A15" w:rsidRDefault="00593A15">
            <w:pPr>
              <w:spacing w:line="240" w:lineRule="auto"/>
            </w:pPr>
          </w:p>
        </w:tc>
        <w:tc>
          <w:tcPr>
            <w:tcW w:w="2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8A3C86F" w14:textId="77777777" w:rsidR="00593A15" w:rsidRDefault="00087353">
            <w:pPr>
              <w:spacing w:line="240" w:lineRule="auto"/>
            </w:pPr>
            <w:r>
              <w:rPr>
                <w:rFonts w:eastAsia="Times New Roman" w:cs="Times New Roman"/>
                <w:b/>
              </w:rPr>
              <w:t>E-mail:</w:t>
            </w:r>
          </w:p>
        </w:tc>
        <w:tc>
          <w:tcPr>
            <w:tcW w:w="36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4D05D2" w14:textId="77777777" w:rsidR="00593A15" w:rsidRDefault="00593A15">
            <w:pPr>
              <w:spacing w:line="240" w:lineRule="auto"/>
            </w:pPr>
          </w:p>
        </w:tc>
      </w:tr>
    </w:tbl>
    <w:p w14:paraId="7C096E21" w14:textId="1B132B97" w:rsidR="00593A15" w:rsidRDefault="00087353">
      <w:pPr>
        <w:keepNext/>
      </w:pPr>
      <w:r>
        <w:rPr>
          <w:rFonts w:eastAsia="Times New Roman" w:cs="Times New Roman"/>
          <w:b/>
        </w:rPr>
        <w:t xml:space="preserve">2. </w:t>
      </w:r>
      <w:proofErr w:type="spellStart"/>
      <w:r>
        <w:rPr>
          <w:rFonts w:eastAsia="Times New Roman" w:cs="Times New Roman"/>
          <w:b/>
        </w:rPr>
        <w:t>Tanulói</w:t>
      </w:r>
      <w:proofErr w:type="spellEnd"/>
      <w:r>
        <w:rPr>
          <w:rFonts w:eastAsia="Times New Roman" w:cs="Times New Roman"/>
          <w:b/>
        </w:rPr>
        <w:t xml:space="preserve"> / </w:t>
      </w:r>
      <w:proofErr w:type="spellStart"/>
      <w:r>
        <w:rPr>
          <w:rFonts w:eastAsia="Times New Roman" w:cs="Times New Roman"/>
          <w:b/>
        </w:rPr>
        <w:t>hallgatói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jogviszony</w:t>
      </w:r>
      <w:proofErr w:type="spellEnd"/>
    </w:p>
    <w:p w14:paraId="10D2DE4E" w14:textId="77777777" w:rsidR="00593A15" w:rsidRDefault="00087353">
      <w:pPr>
        <w:spacing w:line="240" w:lineRule="auto"/>
      </w:pPr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tanulói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jogviszony</w:t>
      </w:r>
      <w:proofErr w:type="spellEnd"/>
      <w:r>
        <w:rPr>
          <w:rFonts w:eastAsia="Times New Roman" w:cs="Times New Roman"/>
        </w:rPr>
        <w:t xml:space="preserve">     </w:t>
      </w:r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hallgatói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jogviszony</w:t>
      </w:r>
      <w:proofErr w:type="spellEnd"/>
      <w:r>
        <w:rPr>
          <w:rFonts w:eastAsia="Times New Roman" w:cs="Times New Roman"/>
        </w:rPr>
        <w:t xml:space="preserve">   </w:t>
      </w:r>
      <w:r w:rsidRPr="00965840">
        <w:rPr>
          <w:rFonts w:eastAsia="Times New Roman" w:cs="Times New Roman"/>
          <w:sz w:val="36"/>
          <w:szCs w:val="36"/>
        </w:rPr>
        <w:t xml:space="preserve">  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nincs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jelenlegi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jogviszony</w:t>
      </w:r>
      <w:proofErr w:type="spellEnd"/>
    </w:p>
    <w:tbl>
      <w:tblPr>
        <w:tblW w:w="10833" w:type="dxa"/>
        <w:tblLayout w:type="fixed"/>
        <w:tblLook w:val="04A0" w:firstRow="1" w:lastRow="0" w:firstColumn="1" w:lastColumn="0" w:noHBand="0" w:noVBand="1"/>
      </w:tblPr>
      <w:tblGrid>
        <w:gridCol w:w="2470"/>
        <w:gridCol w:w="4253"/>
        <w:gridCol w:w="1984"/>
        <w:gridCol w:w="2126"/>
      </w:tblGrid>
      <w:tr w:rsidR="00965840" w14:paraId="47553E16" w14:textId="77777777" w:rsidTr="00965840">
        <w:tc>
          <w:tcPr>
            <w:tcW w:w="2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A7029F" w14:textId="428F3DD2" w:rsidR="00965840" w:rsidRDefault="00965840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Intézmény</w:t>
            </w:r>
            <w:proofErr w:type="spellEnd"/>
            <w:r>
              <w:rPr>
                <w:rFonts w:eastAsia="Times New Roman" w:cs="Times New Roman"/>
                <w:b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</w:rPr>
              <w:t>neve</w:t>
            </w:r>
            <w:proofErr w:type="gramEnd"/>
            <w:r>
              <w:rPr>
                <w:rFonts w:eastAsia="Times New Roman" w:cs="Times New Roman"/>
                <w:b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</w:rPr>
              <w:t>címe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836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6ECD933" w14:textId="77777777" w:rsidR="00965840" w:rsidRDefault="00965840">
            <w:pPr>
              <w:spacing w:line="240" w:lineRule="auto"/>
            </w:pPr>
          </w:p>
        </w:tc>
      </w:tr>
      <w:tr w:rsidR="00593A15" w14:paraId="4704F199" w14:textId="77777777" w:rsidTr="00965840">
        <w:tc>
          <w:tcPr>
            <w:tcW w:w="2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C3BB38D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Képzés</w:t>
            </w:r>
            <w:proofErr w:type="spellEnd"/>
            <w:r>
              <w:rPr>
                <w:rFonts w:eastAsia="Times New Roman" w:cs="Times New Roman"/>
                <w:b/>
              </w:rPr>
              <w:t xml:space="preserve"> / </w:t>
            </w:r>
            <w:proofErr w:type="spellStart"/>
            <w:r>
              <w:rPr>
                <w:rFonts w:eastAsia="Times New Roman" w:cs="Times New Roman"/>
                <w:b/>
              </w:rPr>
              <w:t>szak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963EEBC" w14:textId="77777777" w:rsidR="00593A15" w:rsidRDefault="00593A15">
            <w:pPr>
              <w:spacing w:line="240" w:lineRule="auto"/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9CA52D9" w14:textId="77777777" w:rsidR="00593A15" w:rsidRDefault="00087353">
            <w:pPr>
              <w:spacing w:line="240" w:lineRule="auto"/>
            </w:pPr>
            <w:proofErr w:type="spellStart"/>
            <w:r>
              <w:rPr>
                <w:rFonts w:eastAsia="Times New Roman" w:cs="Times New Roman"/>
                <w:b/>
              </w:rPr>
              <w:t>Évfolyam</w:t>
            </w:r>
            <w:proofErr w:type="spellEnd"/>
            <w:r>
              <w:rPr>
                <w:rFonts w:eastAsia="Times New Roman" w:cs="Times New Roman"/>
                <w:b/>
              </w:rPr>
              <w:t xml:space="preserve"> / </w:t>
            </w:r>
            <w:proofErr w:type="spellStart"/>
            <w:r>
              <w:rPr>
                <w:rFonts w:eastAsia="Times New Roman" w:cs="Times New Roman"/>
                <w:b/>
              </w:rPr>
              <w:t>félév</w:t>
            </w:r>
            <w:proofErr w:type="spellEnd"/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1D943A5" w14:textId="77777777" w:rsidR="00593A15" w:rsidRDefault="00593A15">
            <w:pPr>
              <w:spacing w:line="240" w:lineRule="auto"/>
            </w:pPr>
          </w:p>
        </w:tc>
      </w:tr>
    </w:tbl>
    <w:p w14:paraId="23B56090" w14:textId="348BC608" w:rsidR="00593A15" w:rsidRDefault="00087353">
      <w:pPr>
        <w:keepNext/>
      </w:pPr>
      <w:r>
        <w:rPr>
          <w:rFonts w:eastAsia="Times New Roman" w:cs="Times New Roman"/>
          <w:b/>
        </w:rPr>
        <w:t xml:space="preserve">3. A </w:t>
      </w:r>
      <w:proofErr w:type="spellStart"/>
      <w:r>
        <w:rPr>
          <w:rFonts w:eastAsia="Times New Roman" w:cs="Times New Roman"/>
          <w:b/>
        </w:rPr>
        <w:t>kérelem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célja</w:t>
      </w:r>
      <w:proofErr w:type="spellEnd"/>
    </w:p>
    <w:p w14:paraId="00462FF6" w14:textId="77777777" w:rsidR="00593A15" w:rsidRDefault="00087353">
      <w:r>
        <w:rPr>
          <w:rFonts w:eastAsia="Times New Roman" w:cs="Times New Roman"/>
        </w:rPr>
        <w:t xml:space="preserve">Mire </w:t>
      </w:r>
      <w:proofErr w:type="spellStart"/>
      <w:r>
        <w:rPr>
          <w:rFonts w:eastAsia="Times New Roman" w:cs="Times New Roman"/>
        </w:rPr>
        <w:t>kívánja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felhasználni</w:t>
      </w:r>
      <w:proofErr w:type="spellEnd"/>
      <w:r>
        <w:rPr>
          <w:rFonts w:eastAsia="Times New Roman" w:cs="Times New Roman"/>
        </w:rPr>
        <w:t xml:space="preserve"> a </w:t>
      </w:r>
      <w:proofErr w:type="spellStart"/>
      <w:r>
        <w:rPr>
          <w:rFonts w:eastAsia="Times New Roman" w:cs="Times New Roman"/>
        </w:rPr>
        <w:t>szakértői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véleményt</w:t>
      </w:r>
      <w:proofErr w:type="spellEnd"/>
      <w:r>
        <w:rPr>
          <w:rFonts w:eastAsia="Times New Roman" w:cs="Times New Roman"/>
        </w:rPr>
        <w:t xml:space="preserve">?  </w:t>
      </w:r>
    </w:p>
    <w:p w14:paraId="1FAA93F6" w14:textId="77777777" w:rsidR="00593A15" w:rsidRDefault="00087353">
      <w:r>
        <w:rPr>
          <w:rFonts w:eastAsia="Times New Roman" w:cs="Times New Roman"/>
        </w:rPr>
        <w:t>................................................................................................................................................................................</w:t>
      </w:r>
    </w:p>
    <w:p w14:paraId="6DFB028F" w14:textId="3287FC98" w:rsidR="00593A15" w:rsidRDefault="00087353">
      <w:pPr>
        <w:keepNext/>
      </w:pPr>
      <w:r>
        <w:rPr>
          <w:rFonts w:eastAsia="Times New Roman" w:cs="Times New Roman"/>
          <w:b/>
        </w:rPr>
        <w:t xml:space="preserve">4. </w:t>
      </w:r>
      <w:proofErr w:type="spellStart"/>
      <w:r>
        <w:rPr>
          <w:rFonts w:eastAsia="Times New Roman" w:cs="Times New Roman"/>
          <w:b/>
        </w:rPr>
        <w:t>Korábbi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előzmények</w:t>
      </w:r>
      <w:proofErr w:type="spellEnd"/>
    </w:p>
    <w:p w14:paraId="519E0708" w14:textId="77777777" w:rsidR="00593A15" w:rsidRPr="00965840" w:rsidRDefault="00087353" w:rsidP="00965840">
      <w:pPr>
        <w:pStyle w:val="Nincstrkz"/>
        <w:rPr>
          <w:rFonts w:ascii="Times New Roman" w:hAnsi="Times New Roman" w:cs="Times New Roman"/>
          <w:sz w:val="24"/>
          <w:szCs w:val="24"/>
        </w:rPr>
      </w:pPr>
      <w:proofErr w:type="spellStart"/>
      <w:r w:rsidRPr="00965840">
        <w:rPr>
          <w:rFonts w:ascii="Times New Roman" w:hAnsi="Times New Roman" w:cs="Times New Roman"/>
          <w:sz w:val="24"/>
          <w:szCs w:val="24"/>
        </w:rPr>
        <w:t>Korábban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megállapított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tanulási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nehézség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/ SNI /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fogyatékosság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:   </w:t>
      </w:r>
      <w:r w:rsidRPr="00965840">
        <w:rPr>
          <w:rFonts w:ascii="Segoe UI Symbol" w:hAnsi="Segoe UI Symbol" w:cs="Segoe UI Symbol"/>
          <w:sz w:val="36"/>
          <w:szCs w:val="36"/>
        </w:rPr>
        <w:t>☐</w:t>
      </w:r>
      <w:r w:rsidRPr="00965840">
        <w:rPr>
          <w:rFonts w:ascii="Times New Roman" w:hAnsi="Times New Roman" w:cs="Times New Roman"/>
          <w:sz w:val="24"/>
          <w:szCs w:val="24"/>
        </w:rPr>
        <w:t xml:space="preserve"> van   </w:t>
      </w:r>
      <w:r w:rsidRPr="00965840">
        <w:rPr>
          <w:rFonts w:ascii="Segoe UI Symbol" w:hAnsi="Segoe UI Symbol" w:cs="Segoe UI Symbol"/>
          <w:sz w:val="36"/>
          <w:szCs w:val="36"/>
        </w:rPr>
        <w:t>☐</w:t>
      </w:r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nincs</w:t>
      </w:r>
      <w:proofErr w:type="spellEnd"/>
    </w:p>
    <w:p w14:paraId="0BCB349D" w14:textId="4FA5D3B2" w:rsidR="00965840" w:rsidRPr="00965840" w:rsidRDefault="00087353" w:rsidP="00965840">
      <w:pPr>
        <w:pStyle w:val="Nincstrkz"/>
        <w:rPr>
          <w:rFonts w:ascii="Times New Roman" w:hAnsi="Times New Roman" w:cs="Times New Roman"/>
          <w:sz w:val="24"/>
          <w:szCs w:val="24"/>
        </w:rPr>
      </w:pPr>
      <w:proofErr w:type="spellStart"/>
      <w:r w:rsidRPr="00965840">
        <w:rPr>
          <w:rFonts w:ascii="Times New Roman" w:hAnsi="Times New Roman" w:cs="Times New Roman"/>
          <w:sz w:val="24"/>
          <w:szCs w:val="24"/>
        </w:rPr>
        <w:t>Igazoló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szakvélemény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szakértői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vélemény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szakorvosi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dokumentum</w:t>
      </w:r>
      <w:proofErr w:type="spellEnd"/>
      <w:r w:rsidRPr="00965840">
        <w:rPr>
          <w:rFonts w:ascii="Times New Roman" w:hAnsi="Times New Roman" w:cs="Times New Roman"/>
          <w:sz w:val="24"/>
          <w:szCs w:val="24"/>
        </w:rPr>
        <w:t xml:space="preserve">:   </w:t>
      </w:r>
      <w:r w:rsidRPr="00965840">
        <w:rPr>
          <w:rFonts w:ascii="Segoe UI Symbol" w:hAnsi="Segoe UI Symbol" w:cs="Segoe UI Symbol"/>
          <w:sz w:val="36"/>
          <w:szCs w:val="36"/>
        </w:rPr>
        <w:t>☐</w:t>
      </w:r>
      <w:r w:rsidRPr="00965840">
        <w:rPr>
          <w:rFonts w:ascii="Times New Roman" w:hAnsi="Times New Roman" w:cs="Times New Roman"/>
          <w:sz w:val="24"/>
          <w:szCs w:val="24"/>
        </w:rPr>
        <w:t xml:space="preserve"> van   </w:t>
      </w:r>
      <w:r w:rsidRPr="00965840">
        <w:rPr>
          <w:rFonts w:ascii="Segoe UI Symbol" w:hAnsi="Segoe UI Symbol" w:cs="Segoe UI Symbol"/>
          <w:sz w:val="36"/>
          <w:szCs w:val="36"/>
        </w:rPr>
        <w:t>☐</w:t>
      </w:r>
      <w:r w:rsidRPr="0096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840">
        <w:rPr>
          <w:rFonts w:ascii="Times New Roman" w:hAnsi="Times New Roman" w:cs="Times New Roman"/>
          <w:sz w:val="24"/>
          <w:szCs w:val="24"/>
        </w:rPr>
        <w:t>nincs</w:t>
      </w:r>
      <w:proofErr w:type="spellEnd"/>
    </w:p>
    <w:p w14:paraId="012FEAB2" w14:textId="2E0EE09A" w:rsidR="00593A15" w:rsidRDefault="00087353">
      <w:pPr>
        <w:keepNext/>
      </w:pPr>
      <w:r>
        <w:rPr>
          <w:rFonts w:eastAsia="Times New Roman" w:cs="Times New Roman"/>
          <w:b/>
        </w:rPr>
        <w:t xml:space="preserve">5. Az </w:t>
      </w:r>
      <w:proofErr w:type="spellStart"/>
      <w:r>
        <w:rPr>
          <w:rFonts w:eastAsia="Times New Roman" w:cs="Times New Roman"/>
          <w:b/>
        </w:rPr>
        <w:t>állapottal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összefüggő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érintettség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4"/>
        <w:gridCol w:w="4394"/>
      </w:tblGrid>
      <w:tr w:rsidR="00593A15" w14:paraId="49D72355" w14:textId="77777777">
        <w:trPr>
          <w:jc w:val="center"/>
        </w:trPr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264B6CA2" w14:textId="7777777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mozgásszervi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fogyatékosság</w:t>
            </w:r>
            <w:proofErr w:type="spellEnd"/>
            <w:r>
              <w:rPr>
                <w:rFonts w:eastAsia="Times New Roman" w:cs="Times New Roman"/>
              </w:rPr>
              <w:t xml:space="preserve"> / </w:t>
            </w:r>
            <w:proofErr w:type="spellStart"/>
            <w:r>
              <w:rPr>
                <w:rFonts w:eastAsia="Times New Roman" w:cs="Times New Roman"/>
              </w:rPr>
              <w:t>mozgáskorlátozottság</w:t>
            </w:r>
            <w:proofErr w:type="spellEnd"/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36933EA5" w14:textId="7777777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látássérülés</w:t>
            </w:r>
            <w:proofErr w:type="spellEnd"/>
          </w:p>
        </w:tc>
      </w:tr>
      <w:tr w:rsidR="00593A15" w14:paraId="0F02234F" w14:textId="77777777">
        <w:trPr>
          <w:jc w:val="center"/>
        </w:trPr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5D735EE0" w14:textId="7777777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hallássérülés</w:t>
            </w:r>
            <w:proofErr w:type="spellEnd"/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2E0B9FE7" w14:textId="7777777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beszédfogyatékosság</w:t>
            </w:r>
            <w:proofErr w:type="spellEnd"/>
          </w:p>
        </w:tc>
      </w:tr>
      <w:tr w:rsidR="00593A15" w14:paraId="5CB7E1EC" w14:textId="77777777">
        <w:trPr>
          <w:jc w:val="center"/>
        </w:trPr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60113EA0" w14:textId="7777777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autizmus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spektrum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zavar</w:t>
            </w:r>
            <w:proofErr w:type="spellEnd"/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109C716B" w14:textId="7777777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súlyos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tanulási</w:t>
            </w:r>
            <w:proofErr w:type="spellEnd"/>
            <w:r>
              <w:rPr>
                <w:rFonts w:eastAsia="Times New Roman" w:cs="Times New Roman"/>
              </w:rPr>
              <w:t xml:space="preserve">, </w:t>
            </w:r>
            <w:proofErr w:type="spellStart"/>
            <w:r>
              <w:rPr>
                <w:rFonts w:eastAsia="Times New Roman" w:cs="Times New Roman"/>
              </w:rPr>
              <w:t>figyelem</w:t>
            </w:r>
            <w:proofErr w:type="spellEnd"/>
            <w:r>
              <w:rPr>
                <w:rFonts w:eastAsia="Times New Roman" w:cs="Times New Roman"/>
              </w:rPr>
              <w:t xml:space="preserve">- </w:t>
            </w:r>
            <w:proofErr w:type="spellStart"/>
            <w:r>
              <w:rPr>
                <w:rFonts w:eastAsia="Times New Roman" w:cs="Times New Roman"/>
              </w:rPr>
              <w:t>vagy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magatartásszabályozási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zavar</w:t>
            </w:r>
            <w:proofErr w:type="spellEnd"/>
          </w:p>
        </w:tc>
      </w:tr>
      <w:tr w:rsidR="00593A15" w14:paraId="153374D9" w14:textId="77777777">
        <w:trPr>
          <w:jc w:val="center"/>
        </w:trPr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15630297" w14:textId="7777777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halmozott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fogyatékosság</w:t>
            </w:r>
            <w:proofErr w:type="spellEnd"/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" w:type="dxa"/>
              <w:left w:w="50" w:type="dxa"/>
              <w:bottom w:w="10" w:type="dxa"/>
              <w:right w:w="50" w:type="dxa"/>
            </w:tcMar>
            <w:vAlign w:val="center"/>
          </w:tcPr>
          <w:p w14:paraId="126704E5" w14:textId="6AE332C7" w:rsidR="00593A15" w:rsidRDefault="00087353">
            <w:pPr>
              <w:spacing w:line="240" w:lineRule="auto"/>
            </w:pPr>
            <w:r w:rsidRPr="00965840">
              <w:rPr>
                <w:rFonts w:eastAsia="Times New Roman" w:cs="Times New Roman"/>
                <w:sz w:val="36"/>
                <w:szCs w:val="36"/>
              </w:rPr>
              <w:t>☐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egyéb</w:t>
            </w:r>
            <w:proofErr w:type="spellEnd"/>
            <w:r w:rsidR="00965840">
              <w:rPr>
                <w:rFonts w:eastAsia="Times New Roman" w:cs="Times New Roman"/>
              </w:rPr>
              <w:t xml:space="preserve">: </w:t>
            </w:r>
            <w:r>
              <w:rPr>
                <w:rFonts w:eastAsia="Times New Roman" w:cs="Times New Roman"/>
              </w:rPr>
              <w:t>.................................</w:t>
            </w:r>
            <w:r w:rsidR="00965840">
              <w:rPr>
                <w:rFonts w:eastAsia="Times New Roman" w:cs="Times New Roman"/>
              </w:rPr>
              <w:t>.................</w:t>
            </w:r>
          </w:p>
        </w:tc>
      </w:tr>
    </w:tbl>
    <w:p w14:paraId="72167063" w14:textId="5C2252B7" w:rsidR="00593A15" w:rsidRDefault="00087353">
      <w:pPr>
        <w:keepNext/>
      </w:pPr>
      <w:r>
        <w:rPr>
          <w:rFonts w:eastAsia="Times New Roman" w:cs="Times New Roman"/>
          <w:b/>
        </w:rPr>
        <w:t xml:space="preserve">6. </w:t>
      </w:r>
      <w:proofErr w:type="spellStart"/>
      <w:r>
        <w:rPr>
          <w:rFonts w:eastAsia="Times New Roman" w:cs="Times New Roman"/>
          <w:b/>
        </w:rPr>
        <w:t>Csatolt</w:t>
      </w:r>
      <w:proofErr w:type="spellEnd"/>
      <w:r>
        <w:rPr>
          <w:rFonts w:eastAsia="Times New Roman" w:cs="Times New Roman"/>
          <w:b/>
        </w:rPr>
        <w:t xml:space="preserve"> </w:t>
      </w:r>
      <w:proofErr w:type="spellStart"/>
      <w:r>
        <w:rPr>
          <w:rFonts w:eastAsia="Times New Roman" w:cs="Times New Roman"/>
          <w:b/>
        </w:rPr>
        <w:t>dokumentumok</w:t>
      </w:r>
      <w:proofErr w:type="spellEnd"/>
    </w:p>
    <w:p w14:paraId="61E271B6" w14:textId="53A43FCF" w:rsidR="00593A15" w:rsidRDefault="00087353"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jogviszonyigazolás</w:t>
      </w:r>
      <w:proofErr w:type="spellEnd"/>
      <w:r>
        <w:rPr>
          <w:rFonts w:eastAsia="Times New Roman" w:cs="Times New Roman"/>
        </w:rPr>
        <w:t xml:space="preserve">   </w:t>
      </w:r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bizonyítvány</w:t>
      </w:r>
      <w:proofErr w:type="spellEnd"/>
      <w:r>
        <w:rPr>
          <w:rFonts w:eastAsia="Times New Roman" w:cs="Times New Roman"/>
        </w:rPr>
        <w:t>(</w:t>
      </w:r>
      <w:proofErr w:type="gramStart"/>
      <w:r>
        <w:rPr>
          <w:rFonts w:eastAsia="Times New Roman" w:cs="Times New Roman"/>
        </w:rPr>
        <w:t xml:space="preserve">ok)  </w:t>
      </w:r>
      <w:r w:rsidRPr="00965840">
        <w:rPr>
          <w:rFonts w:eastAsia="Times New Roman" w:cs="Times New Roman"/>
          <w:sz w:val="36"/>
          <w:szCs w:val="36"/>
        </w:rPr>
        <w:t>☐</w:t>
      </w:r>
      <w:proofErr w:type="gramEnd"/>
      <w:r w:rsidRPr="00965840">
        <w:rPr>
          <w:rFonts w:eastAsia="Times New Roman" w:cs="Times New Roman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</w:rPr>
        <w:t>korábbi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szakvélemény</w:t>
      </w:r>
      <w:proofErr w:type="spellEnd"/>
      <w:r>
        <w:rPr>
          <w:rFonts w:eastAsia="Times New Roman" w:cs="Times New Roman"/>
        </w:rPr>
        <w:t xml:space="preserve">   </w:t>
      </w:r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egészségügyi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irat</w:t>
      </w:r>
      <w:proofErr w:type="spellEnd"/>
    </w:p>
    <w:p w14:paraId="473134C0" w14:textId="77777777" w:rsidR="00593A15" w:rsidRDefault="00087353"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pedagógiai</w:t>
      </w:r>
      <w:proofErr w:type="spellEnd"/>
      <w:r>
        <w:rPr>
          <w:rFonts w:eastAsia="Times New Roman" w:cs="Times New Roman"/>
        </w:rPr>
        <w:t xml:space="preserve"> / </w:t>
      </w:r>
      <w:proofErr w:type="spellStart"/>
      <w:r>
        <w:rPr>
          <w:rFonts w:eastAsia="Times New Roman" w:cs="Times New Roman"/>
        </w:rPr>
        <w:t>szaktanári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vélemény</w:t>
      </w:r>
      <w:proofErr w:type="spellEnd"/>
      <w:r>
        <w:rPr>
          <w:rFonts w:eastAsia="Times New Roman" w:cs="Times New Roman"/>
        </w:rPr>
        <w:t xml:space="preserve">   </w:t>
      </w:r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saját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állapotleírás</w:t>
      </w:r>
      <w:proofErr w:type="spellEnd"/>
      <w:r>
        <w:rPr>
          <w:rFonts w:eastAsia="Times New Roman" w:cs="Times New Roman"/>
        </w:rPr>
        <w:t xml:space="preserve">   </w:t>
      </w:r>
      <w:r w:rsidRPr="00965840">
        <w:rPr>
          <w:rFonts w:eastAsia="Times New Roman" w:cs="Times New Roman"/>
          <w:sz w:val="36"/>
          <w:szCs w:val="36"/>
        </w:rPr>
        <w:t>☐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egyéb</w:t>
      </w:r>
      <w:proofErr w:type="spellEnd"/>
      <w:r>
        <w:rPr>
          <w:rFonts w:eastAsia="Times New Roman" w:cs="Times New Roman"/>
        </w:rPr>
        <w:t>: ........................................</w:t>
      </w:r>
    </w:p>
    <w:p w14:paraId="45C1773A" w14:textId="532FB6B2" w:rsidR="00593A15" w:rsidRDefault="00087353">
      <w:pPr>
        <w:keepNext/>
      </w:pPr>
      <w:r>
        <w:rPr>
          <w:rFonts w:eastAsia="Times New Roman" w:cs="Times New Roman"/>
          <w:b/>
        </w:rPr>
        <w:t xml:space="preserve">7. </w:t>
      </w:r>
      <w:proofErr w:type="spellStart"/>
      <w:r>
        <w:rPr>
          <w:rFonts w:eastAsia="Times New Roman" w:cs="Times New Roman"/>
          <w:b/>
        </w:rPr>
        <w:t>Nyilatkozat</w:t>
      </w:r>
      <w:proofErr w:type="spellEnd"/>
    </w:p>
    <w:p w14:paraId="4B081418" w14:textId="20584DE5" w:rsidR="0086373D" w:rsidRPr="00965840" w:rsidRDefault="00087353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 </w:t>
      </w:r>
      <w:proofErr w:type="spellStart"/>
      <w:r>
        <w:rPr>
          <w:rFonts w:eastAsia="Times New Roman" w:cs="Times New Roman"/>
        </w:rPr>
        <w:t>megadott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adatok</w:t>
      </w:r>
      <w:proofErr w:type="spellEnd"/>
      <w:r>
        <w:rPr>
          <w:rFonts w:eastAsia="Times New Roman" w:cs="Times New Roman"/>
        </w:rPr>
        <w:t xml:space="preserve"> a </w:t>
      </w:r>
      <w:proofErr w:type="spellStart"/>
      <w:r>
        <w:rPr>
          <w:rFonts w:eastAsia="Times New Roman" w:cs="Times New Roman"/>
        </w:rPr>
        <w:t>valóságnak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megfelelnek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az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igazoló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dokumentumokat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benyújtom</w:t>
      </w:r>
      <w:proofErr w:type="spellEnd"/>
      <w:r>
        <w:rPr>
          <w:rFonts w:eastAsia="Times New Roman" w:cs="Times New Roman"/>
        </w:rPr>
        <w:t xml:space="preserve">. </w:t>
      </w:r>
      <w:proofErr w:type="spellStart"/>
      <w:r>
        <w:rPr>
          <w:rFonts w:eastAsia="Times New Roman" w:cs="Times New Roman"/>
        </w:rPr>
        <w:t>Kérem</w:t>
      </w:r>
      <w:proofErr w:type="spellEnd"/>
      <w:r>
        <w:rPr>
          <w:rFonts w:eastAsia="Times New Roman" w:cs="Times New Roman"/>
        </w:rPr>
        <w:t xml:space="preserve"> a </w:t>
      </w:r>
      <w:proofErr w:type="spellStart"/>
      <w:r>
        <w:rPr>
          <w:rFonts w:eastAsia="Times New Roman" w:cs="Times New Roman"/>
        </w:rPr>
        <w:t>sajátos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nevelési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igény</w:t>
      </w:r>
      <w:proofErr w:type="spellEnd"/>
      <w:r>
        <w:rPr>
          <w:rFonts w:eastAsia="Times New Roman" w:cs="Times New Roman"/>
        </w:rPr>
        <w:t xml:space="preserve"> / </w:t>
      </w:r>
      <w:proofErr w:type="spellStart"/>
      <w:r>
        <w:rPr>
          <w:rFonts w:eastAsia="Times New Roman" w:cs="Times New Roman"/>
        </w:rPr>
        <w:t>fogyatékosság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fennállásának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megállapítását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vagy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kizárását</w:t>
      </w:r>
      <w:proofErr w:type="spellEnd"/>
      <w:r>
        <w:rPr>
          <w:rFonts w:eastAsia="Times New Roman" w:cs="Times New Roman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136"/>
        <w:gridCol w:w="4365"/>
      </w:tblGrid>
      <w:tr w:rsidR="00593A15" w14:paraId="7ECF72F6" w14:textId="77777777" w:rsidTr="0086373D">
        <w:tc>
          <w:tcPr>
            <w:tcW w:w="613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7AE18" w14:textId="77777777" w:rsidR="00593A15" w:rsidRDefault="00087353">
            <w:pPr>
              <w:spacing w:line="240" w:lineRule="auto"/>
            </w:pPr>
            <w:r>
              <w:rPr>
                <w:rFonts w:eastAsia="Times New Roman" w:cs="Times New Roman"/>
              </w:rPr>
              <w:t>Kelt: ........................................................</w:t>
            </w:r>
          </w:p>
        </w:tc>
        <w:tc>
          <w:tcPr>
            <w:tcW w:w="436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11D7B" w14:textId="77777777" w:rsidR="0086373D" w:rsidRDefault="0086373D">
            <w:pPr>
              <w:spacing w:line="240" w:lineRule="auto"/>
              <w:rPr>
                <w:rFonts w:eastAsia="Times New Roman" w:cs="Times New Roman"/>
              </w:rPr>
            </w:pPr>
          </w:p>
          <w:p w14:paraId="6864D1BF" w14:textId="77777777" w:rsidR="00593A15" w:rsidRDefault="00087353">
            <w:pPr>
              <w:spacing w:line="240" w:lineRule="auto"/>
            </w:pPr>
            <w:r>
              <w:rPr>
                <w:rFonts w:eastAsia="Times New Roman" w:cs="Times New Roman"/>
              </w:rPr>
              <w:t>........................................................</w:t>
            </w:r>
          </w:p>
        </w:tc>
      </w:tr>
      <w:tr w:rsidR="00593A15" w14:paraId="0292CD48" w14:textId="77777777" w:rsidTr="0086373D">
        <w:tc>
          <w:tcPr>
            <w:tcW w:w="613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7A3AC1" w14:textId="77777777" w:rsidR="00593A15" w:rsidRDefault="00593A15">
            <w:pPr>
              <w:spacing w:line="240" w:lineRule="auto"/>
            </w:pPr>
          </w:p>
        </w:tc>
        <w:tc>
          <w:tcPr>
            <w:tcW w:w="436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CF3D4" w14:textId="048A23D7" w:rsidR="00593A15" w:rsidRDefault="00965840">
            <w:pPr>
              <w:spacing w:line="240" w:lineRule="auto"/>
            </w:pPr>
            <w:r>
              <w:rPr>
                <w:rFonts w:eastAsia="Times New Roman" w:cs="Times New Roman"/>
              </w:rPr>
              <w:t xml:space="preserve">              </w:t>
            </w:r>
            <w:proofErr w:type="spellStart"/>
            <w:r w:rsidR="00087353">
              <w:rPr>
                <w:rFonts w:eastAsia="Times New Roman" w:cs="Times New Roman"/>
              </w:rPr>
              <w:t>kérelmező</w:t>
            </w:r>
            <w:proofErr w:type="spellEnd"/>
            <w:r w:rsidR="00087353">
              <w:rPr>
                <w:rFonts w:eastAsia="Times New Roman" w:cs="Times New Roman"/>
              </w:rPr>
              <w:t xml:space="preserve"> </w:t>
            </w:r>
            <w:proofErr w:type="spellStart"/>
            <w:r w:rsidR="00087353">
              <w:rPr>
                <w:rFonts w:eastAsia="Times New Roman" w:cs="Times New Roman"/>
              </w:rPr>
              <w:t>aláírása</w:t>
            </w:r>
            <w:proofErr w:type="spellEnd"/>
          </w:p>
        </w:tc>
      </w:tr>
    </w:tbl>
    <w:p w14:paraId="54D9FEA6" w14:textId="77777777" w:rsidR="00593A15" w:rsidRDefault="00087353">
      <w:r>
        <w:rPr>
          <w:rFonts w:eastAsia="Times New Roman" w:cs="Times New Roman"/>
        </w:rPr>
        <w:br w:type="page"/>
      </w:r>
    </w:p>
    <w:p w14:paraId="322E7D48" w14:textId="77777777" w:rsidR="000E5310" w:rsidRDefault="000E5310">
      <w:pPr>
        <w:spacing w:line="240" w:lineRule="auto"/>
        <w:jc w:val="center"/>
        <w:rPr>
          <w:rFonts w:eastAsia="Times New Roman" w:cs="Times New Roman"/>
          <w:b/>
        </w:rPr>
      </w:pPr>
    </w:p>
    <w:p w14:paraId="4A0B08B0" w14:textId="2DA8721D" w:rsidR="00593A15" w:rsidRDefault="00087353">
      <w:pPr>
        <w:spacing w:line="240" w:lineRule="auto"/>
        <w:jc w:val="center"/>
      </w:pPr>
      <w:r>
        <w:rPr>
          <w:rFonts w:eastAsia="Times New Roman" w:cs="Times New Roman"/>
          <w:b/>
        </w:rPr>
        <w:t>TÁJÉKOZTATÓ</w:t>
      </w:r>
    </w:p>
    <w:p w14:paraId="24592560" w14:textId="77777777" w:rsidR="00593A15" w:rsidRDefault="00087353">
      <w:pPr>
        <w:spacing w:line="240" w:lineRule="auto"/>
        <w:jc w:val="center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a </w:t>
      </w:r>
      <w:proofErr w:type="spellStart"/>
      <w:r>
        <w:rPr>
          <w:rFonts w:eastAsia="Times New Roman" w:cs="Times New Roman"/>
          <w:i/>
        </w:rPr>
        <w:t>felnőtt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személy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szakértői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vizsgálatára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irányuló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kérelemhez</w:t>
      </w:r>
      <w:proofErr w:type="spellEnd"/>
    </w:p>
    <w:p w14:paraId="0AFB9AC3" w14:textId="77777777" w:rsidR="0086373D" w:rsidRPr="0086373D" w:rsidRDefault="0086373D">
      <w:pPr>
        <w:spacing w:line="240" w:lineRule="auto"/>
        <w:jc w:val="center"/>
        <w:rPr>
          <w:u w:val="single"/>
        </w:rPr>
      </w:pPr>
    </w:p>
    <w:p w14:paraId="716CD7DE" w14:textId="77777777" w:rsidR="00593A15" w:rsidRPr="0086373D" w:rsidRDefault="00087353">
      <w:pPr>
        <w:jc w:val="both"/>
        <w:rPr>
          <w:sz w:val="22"/>
        </w:rPr>
      </w:pPr>
      <w:r w:rsidRPr="0086373D">
        <w:rPr>
          <w:rFonts w:eastAsia="Times New Roman" w:cs="Times New Roman"/>
          <w:sz w:val="22"/>
          <w:u w:val="single"/>
        </w:rPr>
        <w:t xml:space="preserve">A </w:t>
      </w:r>
      <w:proofErr w:type="spellStart"/>
      <w:r w:rsidRPr="0086373D">
        <w:rPr>
          <w:rFonts w:eastAsia="Times New Roman" w:cs="Times New Roman"/>
          <w:sz w:val="22"/>
          <w:u w:val="single"/>
        </w:rPr>
        <w:t>Szakértői</w:t>
      </w:r>
      <w:proofErr w:type="spellEnd"/>
      <w:r w:rsidRPr="0086373D">
        <w:rPr>
          <w:rFonts w:eastAsia="Times New Roman" w:cs="Times New Roman"/>
          <w:sz w:val="22"/>
          <w:u w:val="single"/>
        </w:rPr>
        <w:t xml:space="preserve"> </w:t>
      </w:r>
      <w:proofErr w:type="spellStart"/>
      <w:r w:rsidRPr="0086373D">
        <w:rPr>
          <w:rFonts w:eastAsia="Times New Roman" w:cs="Times New Roman"/>
          <w:sz w:val="22"/>
          <w:u w:val="single"/>
        </w:rPr>
        <w:t>Bizottság</w:t>
      </w:r>
      <w:proofErr w:type="spellEnd"/>
      <w:r w:rsidRPr="0086373D">
        <w:rPr>
          <w:rFonts w:eastAsia="Times New Roman" w:cs="Times New Roman"/>
          <w:sz w:val="22"/>
          <w:u w:val="single"/>
        </w:rPr>
        <w:t xml:space="preserve"> </w:t>
      </w:r>
      <w:r w:rsidRPr="00965840">
        <w:rPr>
          <w:rFonts w:eastAsia="Times New Roman" w:cs="Times New Roman"/>
          <w:b/>
          <w:bCs/>
          <w:sz w:val="22"/>
          <w:u w:val="single"/>
        </w:rPr>
        <w:t xml:space="preserve">a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tanulási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k</w:t>
      </w:r>
      <w:r w:rsidR="0086373D" w:rsidRPr="00965840">
        <w:rPr>
          <w:rFonts w:eastAsia="Times New Roman" w:cs="Times New Roman"/>
          <w:b/>
          <w:bCs/>
          <w:sz w:val="22"/>
          <w:u w:val="single"/>
        </w:rPr>
        <w:t>épességet</w:t>
      </w:r>
      <w:proofErr w:type="spellEnd"/>
      <w:r w:rsidR="0086373D" w:rsidRPr="00965840">
        <w:rPr>
          <w:rFonts w:eastAsia="Times New Roman" w:cs="Times New Roman"/>
          <w:b/>
          <w:bCs/>
          <w:sz w:val="22"/>
          <w:u w:val="single"/>
        </w:rPr>
        <w:t xml:space="preserve">, a </w:t>
      </w:r>
      <w:proofErr w:type="spellStart"/>
      <w:r w:rsidR="0086373D" w:rsidRPr="00965840">
        <w:rPr>
          <w:rFonts w:eastAsia="Times New Roman" w:cs="Times New Roman"/>
          <w:b/>
          <w:bCs/>
          <w:sz w:val="22"/>
          <w:u w:val="single"/>
        </w:rPr>
        <w:t>tanulási</w:t>
      </w:r>
      <w:proofErr w:type="spellEnd"/>
      <w:r w:rsidR="0086373D"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="0086373D" w:rsidRPr="00965840">
        <w:rPr>
          <w:rFonts w:eastAsia="Times New Roman" w:cs="Times New Roman"/>
          <w:b/>
          <w:bCs/>
          <w:sz w:val="22"/>
          <w:u w:val="single"/>
        </w:rPr>
        <w:t>zavar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hátterét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, </w:t>
      </w:r>
      <w:proofErr w:type="spellStart"/>
      <w:r w:rsidR="009502C4" w:rsidRPr="00965840">
        <w:rPr>
          <w:rFonts w:eastAsia="Times New Roman" w:cs="Times New Roman"/>
          <w:b/>
          <w:bCs/>
          <w:sz w:val="22"/>
          <w:u w:val="single"/>
        </w:rPr>
        <w:t>valamint</w:t>
      </w:r>
      <w:proofErr w:type="spellEnd"/>
      <w:r w:rsidR="009502C4"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="009502C4" w:rsidRPr="00965840">
        <w:rPr>
          <w:rFonts w:eastAsia="Times New Roman" w:cs="Times New Roman"/>
          <w:b/>
          <w:bCs/>
          <w:sz w:val="22"/>
          <w:u w:val="single"/>
        </w:rPr>
        <w:t>az</w:t>
      </w:r>
      <w:proofErr w:type="spellEnd"/>
      <w:r w:rsidR="009502C4"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="009502C4" w:rsidRPr="00965840">
        <w:rPr>
          <w:rFonts w:eastAsia="Times New Roman" w:cs="Times New Roman"/>
          <w:b/>
          <w:bCs/>
          <w:sz w:val="22"/>
          <w:u w:val="single"/>
        </w:rPr>
        <w:t>ezz</w:t>
      </w:r>
      <w:r w:rsidRPr="00965840">
        <w:rPr>
          <w:rFonts w:eastAsia="Times New Roman" w:cs="Times New Roman"/>
          <w:b/>
          <w:bCs/>
          <w:sz w:val="22"/>
          <w:u w:val="single"/>
        </w:rPr>
        <w:t>el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összefüggő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sajátos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nevelési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igény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/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fogyatékosság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fennállását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965840">
        <w:rPr>
          <w:rFonts w:eastAsia="Times New Roman" w:cs="Times New Roman"/>
          <w:b/>
          <w:bCs/>
          <w:sz w:val="22"/>
          <w:u w:val="single"/>
        </w:rPr>
        <w:t>vizsgálja</w:t>
      </w:r>
      <w:proofErr w:type="spellEnd"/>
      <w:r w:rsidRPr="00965840">
        <w:rPr>
          <w:rFonts w:eastAsia="Times New Roman" w:cs="Times New Roman"/>
          <w:b/>
          <w:bCs/>
          <w:sz w:val="22"/>
          <w:u w:val="single"/>
        </w:rPr>
        <w:t>.</w:t>
      </w:r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döntés</w:t>
      </w:r>
      <w:proofErr w:type="spellEnd"/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benyújtott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dokumentumok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az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előzmények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és</w:t>
      </w:r>
      <w:proofErr w:type="spellEnd"/>
      <w:r w:rsidRPr="0086373D">
        <w:rPr>
          <w:rFonts w:eastAsia="Times New Roman" w:cs="Times New Roman"/>
          <w:sz w:val="22"/>
        </w:rPr>
        <w:t xml:space="preserve"> – </w:t>
      </w:r>
      <w:proofErr w:type="spellStart"/>
      <w:r w:rsidRPr="0086373D">
        <w:rPr>
          <w:rFonts w:eastAsia="Times New Roman" w:cs="Times New Roman"/>
          <w:sz w:val="22"/>
        </w:rPr>
        <w:t>szükség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esetén</w:t>
      </w:r>
      <w:proofErr w:type="spellEnd"/>
      <w:r w:rsidRPr="0086373D">
        <w:rPr>
          <w:rFonts w:eastAsia="Times New Roman" w:cs="Times New Roman"/>
          <w:sz w:val="22"/>
        </w:rPr>
        <w:t xml:space="preserve"> – </w:t>
      </w:r>
      <w:proofErr w:type="spellStart"/>
      <w:r w:rsidRPr="0086373D">
        <w:rPr>
          <w:rFonts w:eastAsia="Times New Roman" w:cs="Times New Roman"/>
          <w:sz w:val="22"/>
        </w:rPr>
        <w:t>személyes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vizsgálat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alapján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történik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77A26637" w14:textId="77777777" w:rsidR="00593A15" w:rsidRPr="0086373D" w:rsidRDefault="00087353">
      <w:pPr>
        <w:keepNext/>
        <w:rPr>
          <w:sz w:val="22"/>
        </w:rPr>
      </w:pPr>
      <w:r w:rsidRPr="0086373D">
        <w:rPr>
          <w:rFonts w:eastAsia="Times New Roman" w:cs="Times New Roman"/>
          <w:b/>
          <w:sz w:val="22"/>
        </w:rPr>
        <w:t xml:space="preserve">1. </w:t>
      </w:r>
      <w:proofErr w:type="spellStart"/>
      <w:r w:rsidRPr="0086373D">
        <w:rPr>
          <w:rFonts w:eastAsia="Times New Roman" w:cs="Times New Roman"/>
          <w:b/>
          <w:sz w:val="22"/>
        </w:rPr>
        <w:t>Hová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kell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benyújtani</w:t>
      </w:r>
      <w:proofErr w:type="spellEnd"/>
      <w:r w:rsidRPr="0086373D">
        <w:rPr>
          <w:rFonts w:eastAsia="Times New Roman" w:cs="Times New Roman"/>
          <w:b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b/>
          <w:sz w:val="22"/>
        </w:rPr>
        <w:t>kérelmet</w:t>
      </w:r>
      <w:proofErr w:type="spellEnd"/>
      <w:r w:rsidRPr="0086373D">
        <w:rPr>
          <w:rFonts w:eastAsia="Times New Roman" w:cs="Times New Roman"/>
          <w:b/>
          <w:sz w:val="22"/>
        </w:rPr>
        <w:t>?</w:t>
      </w:r>
    </w:p>
    <w:p w14:paraId="2C3854E0" w14:textId="77777777" w:rsidR="00593A15" w:rsidRPr="0086373D" w:rsidRDefault="00087353">
      <w:pPr>
        <w:ind w:left="255" w:hanging="198"/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• </w:t>
      </w:r>
      <w:proofErr w:type="spellStart"/>
      <w:r w:rsidRPr="0086373D">
        <w:rPr>
          <w:rFonts w:eastAsia="Times New Roman" w:cs="Times New Roman"/>
          <w:b/>
          <w:sz w:val="22"/>
        </w:rPr>
        <w:t>Járási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szakértői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bizottság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illetékes</w:t>
      </w:r>
      <w:proofErr w:type="spellEnd"/>
      <w:r w:rsidRPr="0086373D">
        <w:rPr>
          <w:rFonts w:eastAsia="Times New Roman" w:cs="Times New Roman"/>
          <w:b/>
          <w:sz w:val="22"/>
        </w:rPr>
        <w:t>,</w:t>
      </w:r>
      <w:r w:rsidRPr="0086373D">
        <w:rPr>
          <w:rFonts w:eastAsia="Times New Roman" w:cs="Times New Roman"/>
          <w:sz w:val="22"/>
        </w:rPr>
        <w:t xml:space="preserve"> ha a </w:t>
      </w:r>
      <w:proofErr w:type="spellStart"/>
      <w:r w:rsidRPr="0086373D">
        <w:rPr>
          <w:rFonts w:eastAsia="Times New Roman" w:cs="Times New Roman"/>
          <w:sz w:val="22"/>
        </w:rPr>
        <w:t>kérelmező</w:t>
      </w:r>
      <w:proofErr w:type="spellEnd"/>
      <w:r w:rsidRPr="0086373D">
        <w:rPr>
          <w:rFonts w:eastAsia="Times New Roman" w:cs="Times New Roman"/>
          <w:sz w:val="22"/>
          <w:u w:val="single"/>
        </w:rPr>
        <w:t xml:space="preserve"> </w:t>
      </w:r>
      <w:proofErr w:type="spellStart"/>
      <w:r w:rsidRPr="002A666B">
        <w:rPr>
          <w:rFonts w:eastAsia="Times New Roman" w:cs="Times New Roman"/>
          <w:b/>
          <w:bCs/>
          <w:sz w:val="22"/>
          <w:u w:val="single"/>
        </w:rPr>
        <w:t>köznevelési</w:t>
      </w:r>
      <w:proofErr w:type="spellEnd"/>
      <w:r w:rsidRPr="002A666B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2A666B">
        <w:rPr>
          <w:rFonts w:eastAsia="Times New Roman" w:cs="Times New Roman"/>
          <w:b/>
          <w:bCs/>
          <w:sz w:val="22"/>
          <w:u w:val="single"/>
        </w:rPr>
        <w:t>intézménnyel</w:t>
      </w:r>
      <w:proofErr w:type="spellEnd"/>
      <w:r w:rsidRPr="002A666B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2A666B">
        <w:rPr>
          <w:rFonts w:eastAsia="Times New Roman" w:cs="Times New Roman"/>
          <w:b/>
          <w:bCs/>
          <w:sz w:val="22"/>
          <w:u w:val="single"/>
        </w:rPr>
        <w:t>tanulói</w:t>
      </w:r>
      <w:proofErr w:type="spellEnd"/>
      <w:r w:rsidRPr="002A666B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2A666B">
        <w:rPr>
          <w:rFonts w:eastAsia="Times New Roman" w:cs="Times New Roman"/>
          <w:b/>
          <w:bCs/>
          <w:sz w:val="22"/>
          <w:u w:val="single"/>
        </w:rPr>
        <w:t>jogviszonyban</w:t>
      </w:r>
      <w:proofErr w:type="spellEnd"/>
      <w:r w:rsidRPr="002A666B">
        <w:rPr>
          <w:rFonts w:eastAsia="Times New Roman" w:cs="Times New Roman"/>
          <w:b/>
          <w:bCs/>
          <w:sz w:val="22"/>
          <w:u w:val="single"/>
        </w:rPr>
        <w:t xml:space="preserve"> </w:t>
      </w:r>
      <w:proofErr w:type="spellStart"/>
      <w:r w:rsidRPr="002A666B">
        <w:rPr>
          <w:rFonts w:eastAsia="Times New Roman" w:cs="Times New Roman"/>
          <w:b/>
          <w:bCs/>
          <w:sz w:val="22"/>
          <w:u w:val="single"/>
        </w:rPr>
        <w:t>áll</w:t>
      </w:r>
      <w:proofErr w:type="spellEnd"/>
      <w:r w:rsidRPr="0086373D">
        <w:rPr>
          <w:rFonts w:eastAsia="Times New Roman" w:cs="Times New Roman"/>
          <w:sz w:val="22"/>
          <w:u w:val="single"/>
        </w:rPr>
        <w:t>,</w:t>
      </w:r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és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sajátos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nevelési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igényét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korábban</w:t>
      </w:r>
      <w:proofErr w:type="spellEnd"/>
      <w:r w:rsidRPr="0086373D">
        <w:rPr>
          <w:rFonts w:eastAsia="Times New Roman" w:cs="Times New Roman"/>
          <w:sz w:val="22"/>
        </w:rPr>
        <w:t xml:space="preserve"> nem </w:t>
      </w:r>
      <w:proofErr w:type="spellStart"/>
      <w:r w:rsidRPr="0086373D">
        <w:rPr>
          <w:rFonts w:eastAsia="Times New Roman" w:cs="Times New Roman"/>
          <w:sz w:val="22"/>
        </w:rPr>
        <w:t>állapították</w:t>
      </w:r>
      <w:proofErr w:type="spellEnd"/>
      <w:r w:rsidRPr="0086373D">
        <w:rPr>
          <w:rFonts w:eastAsia="Times New Roman" w:cs="Times New Roman"/>
          <w:sz w:val="22"/>
        </w:rPr>
        <w:t xml:space="preserve"> meg, </w:t>
      </w:r>
      <w:proofErr w:type="spellStart"/>
      <w:r w:rsidRPr="0086373D">
        <w:rPr>
          <w:rFonts w:eastAsia="Times New Roman" w:cs="Times New Roman"/>
          <w:sz w:val="22"/>
        </w:rPr>
        <w:t>illetve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annak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gyanúja</w:t>
      </w:r>
      <w:proofErr w:type="spellEnd"/>
      <w:r w:rsidRPr="0086373D">
        <w:rPr>
          <w:rFonts w:eastAsia="Times New Roman" w:cs="Times New Roman"/>
          <w:sz w:val="22"/>
        </w:rPr>
        <w:t xml:space="preserve"> most </w:t>
      </w:r>
      <w:proofErr w:type="spellStart"/>
      <w:r w:rsidRPr="0086373D">
        <w:rPr>
          <w:rFonts w:eastAsia="Times New Roman" w:cs="Times New Roman"/>
          <w:sz w:val="22"/>
        </w:rPr>
        <w:t>merül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fel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081CE9D3" w14:textId="77777777" w:rsidR="00593A15" w:rsidRPr="0086373D" w:rsidRDefault="00087353">
      <w:pPr>
        <w:ind w:left="255" w:hanging="198"/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• </w:t>
      </w:r>
      <w:r w:rsidRPr="0086373D">
        <w:rPr>
          <w:rFonts w:eastAsia="Times New Roman" w:cs="Times New Roman"/>
          <w:b/>
          <w:sz w:val="22"/>
        </w:rPr>
        <w:t xml:space="preserve">A </w:t>
      </w:r>
      <w:proofErr w:type="spellStart"/>
      <w:r w:rsidRPr="0086373D">
        <w:rPr>
          <w:rFonts w:eastAsia="Times New Roman" w:cs="Times New Roman"/>
          <w:b/>
          <w:sz w:val="22"/>
        </w:rPr>
        <w:t>Csongrád</w:t>
      </w:r>
      <w:proofErr w:type="spellEnd"/>
      <w:r w:rsidRPr="0086373D">
        <w:rPr>
          <w:rFonts w:eastAsia="Times New Roman" w:cs="Times New Roman"/>
          <w:b/>
          <w:sz w:val="22"/>
        </w:rPr>
        <w:t xml:space="preserve">-Csanád </w:t>
      </w:r>
      <w:proofErr w:type="spellStart"/>
      <w:r w:rsidRPr="0086373D">
        <w:rPr>
          <w:rFonts w:eastAsia="Times New Roman" w:cs="Times New Roman"/>
          <w:b/>
          <w:sz w:val="22"/>
        </w:rPr>
        <w:t>Vármegyei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Pedagógiai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Szakszolgálat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Szakértői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Bizottsága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illetékes</w:t>
      </w:r>
      <w:proofErr w:type="spellEnd"/>
      <w:r w:rsidRPr="0086373D">
        <w:rPr>
          <w:rFonts w:eastAsia="Times New Roman" w:cs="Times New Roman"/>
          <w:b/>
          <w:sz w:val="22"/>
        </w:rPr>
        <w:t>,</w:t>
      </w:r>
      <w:r w:rsidRPr="0086373D">
        <w:rPr>
          <w:rFonts w:eastAsia="Times New Roman" w:cs="Times New Roman"/>
          <w:sz w:val="22"/>
        </w:rPr>
        <w:t xml:space="preserve"> ha a </w:t>
      </w:r>
      <w:proofErr w:type="spellStart"/>
      <w:r w:rsidRPr="0086373D">
        <w:rPr>
          <w:rFonts w:eastAsia="Times New Roman" w:cs="Times New Roman"/>
          <w:sz w:val="22"/>
        </w:rPr>
        <w:t>sajátos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nevelési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igényt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korábban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szakértői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bizottság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már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megállapította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és</w:t>
      </w:r>
      <w:proofErr w:type="spellEnd"/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kérelmező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jelenleg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tanulói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vagy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hallgatói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jogviszonnyal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rendelkezik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5842EBF6" w14:textId="77777777" w:rsidR="00593A15" w:rsidRPr="0086373D" w:rsidRDefault="00087353">
      <w:pPr>
        <w:ind w:left="255" w:hanging="198"/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• </w:t>
      </w:r>
      <w:r w:rsidRPr="0086373D">
        <w:rPr>
          <w:rFonts w:eastAsia="Times New Roman" w:cs="Times New Roman"/>
          <w:b/>
          <w:sz w:val="22"/>
        </w:rPr>
        <w:t xml:space="preserve">Az ELTE </w:t>
      </w:r>
      <w:proofErr w:type="spellStart"/>
      <w:r w:rsidRPr="0086373D">
        <w:rPr>
          <w:rFonts w:eastAsia="Times New Roman" w:cs="Times New Roman"/>
          <w:b/>
          <w:sz w:val="22"/>
        </w:rPr>
        <w:t>Gyakorló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Országos</w:t>
      </w:r>
      <w:proofErr w:type="spellEnd"/>
      <w:r w:rsidRPr="0086373D">
        <w:rPr>
          <w:rFonts w:eastAsia="Times New Roman" w:cs="Times New Roman"/>
          <w:b/>
          <w:sz w:val="22"/>
        </w:rPr>
        <w:t xml:space="preserve"> Pedagógiai </w:t>
      </w:r>
      <w:proofErr w:type="spellStart"/>
      <w:r w:rsidRPr="0086373D">
        <w:rPr>
          <w:rFonts w:eastAsia="Times New Roman" w:cs="Times New Roman"/>
          <w:b/>
          <w:sz w:val="22"/>
        </w:rPr>
        <w:t>Szakszolgálat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illetékes</w:t>
      </w:r>
      <w:proofErr w:type="spellEnd"/>
      <w:r w:rsidRPr="0086373D">
        <w:rPr>
          <w:rFonts w:eastAsia="Times New Roman" w:cs="Times New Roman"/>
          <w:b/>
          <w:sz w:val="22"/>
        </w:rPr>
        <w:t>,</w:t>
      </w:r>
      <w:r w:rsidRPr="0086373D">
        <w:rPr>
          <w:rFonts w:eastAsia="Times New Roman" w:cs="Times New Roman"/>
          <w:sz w:val="22"/>
        </w:rPr>
        <w:t xml:space="preserve"> ha a </w:t>
      </w:r>
      <w:proofErr w:type="spellStart"/>
      <w:r w:rsidRPr="0086373D">
        <w:rPr>
          <w:rFonts w:eastAsia="Times New Roman" w:cs="Times New Roman"/>
          <w:sz w:val="22"/>
        </w:rPr>
        <w:t>felsőoktatásban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tanuló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vagy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oda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jelentkező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személy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sajátos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nevelési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igénye</w:t>
      </w:r>
      <w:proofErr w:type="spellEnd"/>
      <w:r w:rsidRPr="0086373D">
        <w:rPr>
          <w:rFonts w:eastAsia="Times New Roman" w:cs="Times New Roman"/>
          <w:sz w:val="22"/>
        </w:rPr>
        <w:t xml:space="preserve"> / </w:t>
      </w:r>
      <w:proofErr w:type="spellStart"/>
      <w:r w:rsidRPr="0086373D">
        <w:rPr>
          <w:rFonts w:eastAsia="Times New Roman" w:cs="Times New Roman"/>
          <w:sz w:val="22"/>
        </w:rPr>
        <w:t>fogyatékossága</w:t>
      </w:r>
      <w:proofErr w:type="spellEnd"/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középfokú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tanulmányok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alatt</w:t>
      </w:r>
      <w:proofErr w:type="spellEnd"/>
      <w:r w:rsidRPr="0086373D">
        <w:rPr>
          <w:rFonts w:eastAsia="Times New Roman" w:cs="Times New Roman"/>
          <w:sz w:val="22"/>
        </w:rPr>
        <w:t xml:space="preserve"> nem </w:t>
      </w:r>
      <w:proofErr w:type="spellStart"/>
      <w:r w:rsidRPr="0086373D">
        <w:rPr>
          <w:rFonts w:eastAsia="Times New Roman" w:cs="Times New Roman"/>
          <w:sz w:val="22"/>
        </w:rPr>
        <w:t>állt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fenn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és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emiatt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korábban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kedvezményben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sem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részesült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1A6331EF" w14:textId="77777777" w:rsidR="00593A15" w:rsidRPr="0086373D" w:rsidRDefault="00087353">
      <w:pPr>
        <w:keepNext/>
        <w:rPr>
          <w:sz w:val="22"/>
        </w:rPr>
      </w:pPr>
      <w:r w:rsidRPr="0086373D">
        <w:rPr>
          <w:rFonts w:eastAsia="Times New Roman" w:cs="Times New Roman"/>
          <w:b/>
          <w:sz w:val="22"/>
        </w:rPr>
        <w:t xml:space="preserve">2. Mit </w:t>
      </w:r>
      <w:proofErr w:type="spellStart"/>
      <w:r w:rsidRPr="0086373D">
        <w:rPr>
          <w:rFonts w:eastAsia="Times New Roman" w:cs="Times New Roman"/>
          <w:b/>
          <w:sz w:val="22"/>
        </w:rPr>
        <w:t>kell</w:t>
      </w:r>
      <w:proofErr w:type="spellEnd"/>
      <w:r w:rsidRPr="0086373D">
        <w:rPr>
          <w:rFonts w:eastAsia="Times New Roman" w:cs="Times New Roman"/>
          <w:b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b/>
          <w:sz w:val="22"/>
        </w:rPr>
        <w:t>csatolni</w:t>
      </w:r>
      <w:proofErr w:type="spellEnd"/>
      <w:r w:rsidRPr="0086373D">
        <w:rPr>
          <w:rFonts w:eastAsia="Times New Roman" w:cs="Times New Roman"/>
          <w:b/>
          <w:sz w:val="22"/>
        </w:rPr>
        <w:t>?</w:t>
      </w:r>
    </w:p>
    <w:p w14:paraId="6A7F5113" w14:textId="77777777" w:rsidR="00593A15" w:rsidRPr="0086373D" w:rsidRDefault="00087353">
      <w:pPr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Minden </w:t>
      </w:r>
      <w:proofErr w:type="spellStart"/>
      <w:r w:rsidRPr="0086373D">
        <w:rPr>
          <w:rFonts w:eastAsia="Times New Roman" w:cs="Times New Roman"/>
          <w:sz w:val="22"/>
        </w:rPr>
        <w:t>rendelkezésre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álló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releváns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iratot</w:t>
      </w:r>
      <w:proofErr w:type="spellEnd"/>
      <w:r w:rsidRPr="0086373D">
        <w:rPr>
          <w:rFonts w:eastAsia="Times New Roman" w:cs="Times New Roman"/>
          <w:sz w:val="22"/>
        </w:rPr>
        <w:t xml:space="preserve">: </w:t>
      </w:r>
      <w:proofErr w:type="spellStart"/>
      <w:r w:rsidRPr="0086373D">
        <w:rPr>
          <w:rFonts w:eastAsia="Times New Roman" w:cs="Times New Roman"/>
          <w:sz w:val="22"/>
        </w:rPr>
        <w:t>jogviszonyigazolást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bizonyítványokat</w:t>
      </w:r>
      <w:proofErr w:type="spellEnd"/>
      <w:r w:rsidRPr="0086373D">
        <w:rPr>
          <w:rFonts w:eastAsia="Times New Roman" w:cs="Times New Roman"/>
          <w:sz w:val="22"/>
        </w:rPr>
        <w:t xml:space="preserve"> / </w:t>
      </w:r>
      <w:proofErr w:type="spellStart"/>
      <w:r w:rsidRPr="0086373D">
        <w:rPr>
          <w:rFonts w:eastAsia="Times New Roman" w:cs="Times New Roman"/>
          <w:sz w:val="22"/>
        </w:rPr>
        <w:t>tanulmányi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eredményeket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korábbi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szakvéleményeket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szakértői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véleményeket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egészségügyi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dokumentumokat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valamint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szükség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esetén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pedagógiai</w:t>
      </w:r>
      <w:proofErr w:type="spellEnd"/>
      <w:r w:rsidRPr="0086373D">
        <w:rPr>
          <w:rFonts w:eastAsia="Times New Roman" w:cs="Times New Roman"/>
          <w:sz w:val="22"/>
        </w:rPr>
        <w:t xml:space="preserve"> / </w:t>
      </w:r>
      <w:proofErr w:type="spellStart"/>
      <w:r w:rsidRPr="0086373D">
        <w:rPr>
          <w:rFonts w:eastAsia="Times New Roman" w:cs="Times New Roman"/>
          <w:sz w:val="22"/>
        </w:rPr>
        <w:t>szaktanári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véleményt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és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saját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állapotleírást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6B11FC91" w14:textId="1F36E5D3" w:rsidR="00593A15" w:rsidRPr="0086373D" w:rsidRDefault="009249E8">
      <w:pPr>
        <w:keepNext/>
        <w:rPr>
          <w:sz w:val="22"/>
        </w:rPr>
      </w:pPr>
      <w:r>
        <w:rPr>
          <w:rFonts w:eastAsia="Times New Roman" w:cs="Times New Roman"/>
          <w:b/>
          <w:sz w:val="22"/>
        </w:rPr>
        <w:t>3</w:t>
      </w:r>
      <w:r w:rsidR="00087353" w:rsidRPr="0086373D">
        <w:rPr>
          <w:rFonts w:eastAsia="Times New Roman" w:cs="Times New Roman"/>
          <w:b/>
          <w:sz w:val="22"/>
        </w:rPr>
        <w:t xml:space="preserve">. Fontos </w:t>
      </w:r>
      <w:proofErr w:type="spellStart"/>
      <w:r w:rsidR="00087353" w:rsidRPr="0086373D">
        <w:rPr>
          <w:rFonts w:eastAsia="Times New Roman" w:cs="Times New Roman"/>
          <w:b/>
          <w:sz w:val="22"/>
        </w:rPr>
        <w:t>tudnivalók</w:t>
      </w:r>
      <w:proofErr w:type="spellEnd"/>
    </w:p>
    <w:p w14:paraId="2C13484E" w14:textId="77777777" w:rsidR="00593A15" w:rsidRPr="0086373D" w:rsidRDefault="00087353">
      <w:pPr>
        <w:ind w:left="255" w:hanging="198"/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• A </w:t>
      </w:r>
      <w:proofErr w:type="spellStart"/>
      <w:r w:rsidRPr="0086373D">
        <w:rPr>
          <w:rFonts w:eastAsia="Times New Roman" w:cs="Times New Roman"/>
          <w:sz w:val="22"/>
        </w:rPr>
        <w:t>felnőttkorban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észlelt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tanulási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kudarc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vagy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alulteljesítés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önmagában</w:t>
      </w:r>
      <w:proofErr w:type="spellEnd"/>
      <w:r w:rsidRPr="0086373D">
        <w:rPr>
          <w:rFonts w:eastAsia="Times New Roman" w:cs="Times New Roman"/>
          <w:sz w:val="22"/>
        </w:rPr>
        <w:t xml:space="preserve"> nem </w:t>
      </w:r>
      <w:proofErr w:type="spellStart"/>
      <w:r w:rsidRPr="0086373D">
        <w:rPr>
          <w:rFonts w:eastAsia="Times New Roman" w:cs="Times New Roman"/>
          <w:sz w:val="22"/>
        </w:rPr>
        <w:t>jelent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sajátos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nevelési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igényt</w:t>
      </w:r>
      <w:proofErr w:type="spellEnd"/>
      <w:r w:rsidRPr="0086373D">
        <w:rPr>
          <w:rFonts w:eastAsia="Times New Roman" w:cs="Times New Roman"/>
          <w:sz w:val="22"/>
        </w:rPr>
        <w:t xml:space="preserve"> / </w:t>
      </w:r>
      <w:proofErr w:type="spellStart"/>
      <w:r w:rsidRPr="0086373D">
        <w:rPr>
          <w:rFonts w:eastAsia="Times New Roman" w:cs="Times New Roman"/>
          <w:sz w:val="22"/>
        </w:rPr>
        <w:t>fogyatékosságot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7AC99519" w14:textId="77777777" w:rsidR="00593A15" w:rsidRPr="0086373D" w:rsidRDefault="00087353">
      <w:pPr>
        <w:ind w:left="255" w:hanging="198"/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• A </w:t>
      </w:r>
      <w:proofErr w:type="spellStart"/>
      <w:r w:rsidRPr="0086373D">
        <w:rPr>
          <w:rFonts w:eastAsia="Times New Roman" w:cs="Times New Roman"/>
          <w:sz w:val="22"/>
        </w:rPr>
        <w:t>megállapítás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összetett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szakmai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szempontok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alapján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történik</w:t>
      </w:r>
      <w:proofErr w:type="spellEnd"/>
      <w:r w:rsidRPr="0086373D">
        <w:rPr>
          <w:rFonts w:eastAsia="Times New Roman" w:cs="Times New Roman"/>
          <w:sz w:val="22"/>
        </w:rPr>
        <w:t xml:space="preserve">; </w:t>
      </w:r>
      <w:proofErr w:type="spellStart"/>
      <w:r w:rsidRPr="0086373D">
        <w:rPr>
          <w:rFonts w:eastAsia="Times New Roman" w:cs="Times New Roman"/>
          <w:sz w:val="22"/>
        </w:rPr>
        <w:t>fontosak</w:t>
      </w:r>
      <w:proofErr w:type="spellEnd"/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korábbi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fejlődési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és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iskolai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előzmények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és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további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dokumentumok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bekérése</w:t>
      </w:r>
      <w:proofErr w:type="spellEnd"/>
      <w:r w:rsidRPr="0086373D">
        <w:rPr>
          <w:rFonts w:eastAsia="Times New Roman" w:cs="Times New Roman"/>
          <w:sz w:val="22"/>
        </w:rPr>
        <w:t xml:space="preserve"> is </w:t>
      </w:r>
      <w:proofErr w:type="spellStart"/>
      <w:r w:rsidRPr="0086373D">
        <w:rPr>
          <w:rFonts w:eastAsia="Times New Roman" w:cs="Times New Roman"/>
          <w:sz w:val="22"/>
        </w:rPr>
        <w:t>szükségessé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válhat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2269EC33" w14:textId="77777777" w:rsidR="00593A15" w:rsidRPr="0086373D" w:rsidRDefault="00087353">
      <w:pPr>
        <w:ind w:left="255" w:hanging="198"/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• Ha a </w:t>
      </w:r>
      <w:proofErr w:type="spellStart"/>
      <w:r w:rsidRPr="0086373D">
        <w:rPr>
          <w:rFonts w:eastAsia="Times New Roman" w:cs="Times New Roman"/>
          <w:sz w:val="22"/>
        </w:rPr>
        <w:t>kérelmező</w:t>
      </w:r>
      <w:proofErr w:type="spellEnd"/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kijelölt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vizsgálaton</w:t>
      </w:r>
      <w:proofErr w:type="spellEnd"/>
      <w:r w:rsidRPr="0086373D">
        <w:rPr>
          <w:rFonts w:eastAsia="Times New Roman" w:cs="Times New Roman"/>
          <w:sz w:val="22"/>
        </w:rPr>
        <w:t xml:space="preserve"> nem </w:t>
      </w:r>
      <w:proofErr w:type="spellStart"/>
      <w:r w:rsidRPr="0086373D">
        <w:rPr>
          <w:rFonts w:eastAsia="Times New Roman" w:cs="Times New Roman"/>
          <w:sz w:val="22"/>
        </w:rPr>
        <w:t>jelenik</w:t>
      </w:r>
      <w:proofErr w:type="spellEnd"/>
      <w:r w:rsidRPr="0086373D">
        <w:rPr>
          <w:rFonts w:eastAsia="Times New Roman" w:cs="Times New Roman"/>
          <w:sz w:val="22"/>
        </w:rPr>
        <w:t xml:space="preserve"> meg, </w:t>
      </w:r>
      <w:proofErr w:type="spellStart"/>
      <w:r w:rsidRPr="0086373D">
        <w:rPr>
          <w:rFonts w:eastAsia="Times New Roman" w:cs="Times New Roman"/>
          <w:sz w:val="22"/>
        </w:rPr>
        <w:t>még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egy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időpontot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kell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biztosítani</w:t>
      </w:r>
      <w:proofErr w:type="spellEnd"/>
      <w:r w:rsidRPr="0086373D">
        <w:rPr>
          <w:rFonts w:eastAsia="Times New Roman" w:cs="Times New Roman"/>
          <w:sz w:val="22"/>
        </w:rPr>
        <w:t xml:space="preserve">; a </w:t>
      </w:r>
      <w:proofErr w:type="spellStart"/>
      <w:r w:rsidRPr="0086373D">
        <w:rPr>
          <w:rFonts w:eastAsia="Times New Roman" w:cs="Times New Roman"/>
          <w:sz w:val="22"/>
        </w:rPr>
        <w:t>második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alkalom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elmulasztásakor</w:t>
      </w:r>
      <w:proofErr w:type="spellEnd"/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kérelem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visszavontnak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tekintendő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54972DC7" w14:textId="77777777" w:rsidR="00593A15" w:rsidRPr="0086373D" w:rsidRDefault="00087353">
      <w:pPr>
        <w:ind w:left="255" w:hanging="198"/>
        <w:jc w:val="both"/>
        <w:rPr>
          <w:sz w:val="22"/>
        </w:rPr>
      </w:pPr>
      <w:r w:rsidRPr="0086373D">
        <w:rPr>
          <w:rFonts w:eastAsia="Times New Roman" w:cs="Times New Roman"/>
          <w:sz w:val="22"/>
        </w:rPr>
        <w:t xml:space="preserve">• A </w:t>
      </w:r>
      <w:proofErr w:type="spellStart"/>
      <w:r w:rsidRPr="0086373D">
        <w:rPr>
          <w:rFonts w:eastAsia="Times New Roman" w:cs="Times New Roman"/>
          <w:sz w:val="22"/>
        </w:rPr>
        <w:t>szakértői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bizottsági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vizsgálat</w:t>
      </w:r>
      <w:proofErr w:type="spellEnd"/>
      <w:r w:rsidRPr="0086373D">
        <w:rPr>
          <w:rFonts w:eastAsia="Times New Roman" w:cs="Times New Roman"/>
          <w:sz w:val="22"/>
        </w:rPr>
        <w:t xml:space="preserve"> a </w:t>
      </w:r>
      <w:proofErr w:type="spellStart"/>
      <w:r w:rsidRPr="0086373D">
        <w:rPr>
          <w:rFonts w:eastAsia="Times New Roman" w:cs="Times New Roman"/>
          <w:sz w:val="22"/>
        </w:rPr>
        <w:t>kérelmező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számára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ingyenes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46C40F8C" w14:textId="774DC36F" w:rsidR="00593A15" w:rsidRPr="0086373D" w:rsidRDefault="009249E8">
      <w:pPr>
        <w:keepNext/>
        <w:rPr>
          <w:sz w:val="22"/>
        </w:rPr>
      </w:pPr>
      <w:r>
        <w:rPr>
          <w:rFonts w:eastAsia="Times New Roman" w:cs="Times New Roman"/>
          <w:b/>
          <w:sz w:val="22"/>
        </w:rPr>
        <w:t>4</w:t>
      </w:r>
      <w:r w:rsidR="00087353" w:rsidRPr="0086373D">
        <w:rPr>
          <w:rFonts w:eastAsia="Times New Roman" w:cs="Times New Roman"/>
          <w:b/>
          <w:sz w:val="22"/>
        </w:rPr>
        <w:t xml:space="preserve">. </w:t>
      </w:r>
      <w:proofErr w:type="spellStart"/>
      <w:r w:rsidR="00087353" w:rsidRPr="0086373D">
        <w:rPr>
          <w:rFonts w:eastAsia="Times New Roman" w:cs="Times New Roman"/>
          <w:b/>
          <w:sz w:val="22"/>
        </w:rPr>
        <w:t>Tudomásulvétel</w:t>
      </w:r>
      <w:proofErr w:type="spellEnd"/>
    </w:p>
    <w:p w14:paraId="6A95490B" w14:textId="77777777" w:rsidR="00593A15" w:rsidRDefault="00087353">
      <w:pPr>
        <w:jc w:val="both"/>
        <w:rPr>
          <w:rFonts w:eastAsia="Times New Roman" w:cs="Times New Roman"/>
          <w:sz w:val="22"/>
        </w:rPr>
      </w:pPr>
      <w:r w:rsidRPr="0086373D">
        <w:rPr>
          <w:rFonts w:eastAsia="Times New Roman" w:cs="Times New Roman"/>
          <w:sz w:val="22"/>
        </w:rPr>
        <w:t xml:space="preserve">A </w:t>
      </w:r>
      <w:proofErr w:type="spellStart"/>
      <w:r w:rsidRPr="0086373D">
        <w:rPr>
          <w:rFonts w:eastAsia="Times New Roman" w:cs="Times New Roman"/>
          <w:sz w:val="22"/>
        </w:rPr>
        <w:t>tájékoztatást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megismertem</w:t>
      </w:r>
      <w:proofErr w:type="spellEnd"/>
      <w:r w:rsidRPr="0086373D">
        <w:rPr>
          <w:rFonts w:eastAsia="Times New Roman" w:cs="Times New Roman"/>
          <w:sz w:val="22"/>
        </w:rPr>
        <w:t xml:space="preserve">, </w:t>
      </w:r>
      <w:proofErr w:type="spellStart"/>
      <w:r w:rsidRPr="0086373D">
        <w:rPr>
          <w:rFonts w:eastAsia="Times New Roman" w:cs="Times New Roman"/>
          <w:sz w:val="22"/>
        </w:rPr>
        <w:t>annak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tartalmát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tudomásul</w:t>
      </w:r>
      <w:proofErr w:type="spellEnd"/>
      <w:r w:rsidRPr="0086373D">
        <w:rPr>
          <w:rFonts w:eastAsia="Times New Roman" w:cs="Times New Roman"/>
          <w:sz w:val="22"/>
        </w:rPr>
        <w:t xml:space="preserve"> </w:t>
      </w:r>
      <w:proofErr w:type="spellStart"/>
      <w:r w:rsidRPr="0086373D">
        <w:rPr>
          <w:rFonts w:eastAsia="Times New Roman" w:cs="Times New Roman"/>
          <w:sz w:val="22"/>
        </w:rPr>
        <w:t>vettem</w:t>
      </w:r>
      <w:proofErr w:type="spellEnd"/>
      <w:r w:rsidRPr="0086373D">
        <w:rPr>
          <w:rFonts w:eastAsia="Times New Roman" w:cs="Times New Roman"/>
          <w:sz w:val="22"/>
        </w:rPr>
        <w:t>.</w:t>
      </w:r>
    </w:p>
    <w:p w14:paraId="6DA559D3" w14:textId="77777777" w:rsidR="009249E8" w:rsidRPr="0086373D" w:rsidRDefault="009249E8">
      <w:pPr>
        <w:jc w:val="both"/>
        <w:rPr>
          <w:sz w:val="22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4365"/>
      </w:tblGrid>
      <w:tr w:rsidR="00593A15" w:rsidRPr="0086373D" w14:paraId="43021DD2" w14:textId="77777777">
        <w:trPr>
          <w:jc w:val="center"/>
        </w:trPr>
        <w:tc>
          <w:tcPr>
            <w:tcW w:w="436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02D5E" w14:textId="77777777" w:rsidR="00593A15" w:rsidRPr="0086373D" w:rsidRDefault="00087353">
            <w:pPr>
              <w:spacing w:line="240" w:lineRule="auto"/>
              <w:rPr>
                <w:sz w:val="22"/>
              </w:rPr>
            </w:pPr>
            <w:r w:rsidRPr="0086373D">
              <w:rPr>
                <w:rFonts w:eastAsia="Times New Roman" w:cs="Times New Roman"/>
                <w:sz w:val="22"/>
              </w:rPr>
              <w:t>Kelt: ........................................................</w:t>
            </w:r>
          </w:p>
        </w:tc>
        <w:tc>
          <w:tcPr>
            <w:tcW w:w="436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560C4" w14:textId="77777777" w:rsidR="002A666B" w:rsidRDefault="002A666B">
            <w:pPr>
              <w:spacing w:line="240" w:lineRule="auto"/>
              <w:rPr>
                <w:rFonts w:eastAsia="Times New Roman" w:cs="Times New Roman"/>
                <w:sz w:val="22"/>
              </w:rPr>
            </w:pPr>
          </w:p>
          <w:p w14:paraId="27230F8E" w14:textId="77777777" w:rsidR="009249E8" w:rsidRDefault="009249E8">
            <w:pPr>
              <w:spacing w:line="240" w:lineRule="auto"/>
              <w:rPr>
                <w:rFonts w:eastAsia="Times New Roman" w:cs="Times New Roman"/>
                <w:sz w:val="22"/>
              </w:rPr>
            </w:pPr>
          </w:p>
          <w:p w14:paraId="4FE4263E" w14:textId="77777777" w:rsidR="009249E8" w:rsidRDefault="009249E8">
            <w:pPr>
              <w:spacing w:line="240" w:lineRule="auto"/>
              <w:rPr>
                <w:rFonts w:eastAsia="Times New Roman" w:cs="Times New Roman"/>
                <w:sz w:val="22"/>
              </w:rPr>
            </w:pPr>
          </w:p>
          <w:p w14:paraId="79797172" w14:textId="62E23558" w:rsidR="00593A15" w:rsidRPr="0086373D" w:rsidRDefault="00087353">
            <w:pPr>
              <w:spacing w:line="240" w:lineRule="auto"/>
              <w:rPr>
                <w:sz w:val="22"/>
              </w:rPr>
            </w:pPr>
            <w:r w:rsidRPr="0086373D">
              <w:rPr>
                <w:rFonts w:eastAsia="Times New Roman" w:cs="Times New Roman"/>
                <w:sz w:val="22"/>
              </w:rPr>
              <w:t>........................................................</w:t>
            </w:r>
          </w:p>
        </w:tc>
      </w:tr>
      <w:tr w:rsidR="00593A15" w:rsidRPr="0086373D" w14:paraId="5BAFB599" w14:textId="77777777">
        <w:trPr>
          <w:jc w:val="center"/>
        </w:trPr>
        <w:tc>
          <w:tcPr>
            <w:tcW w:w="436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3EE16C" w14:textId="77777777" w:rsidR="00593A15" w:rsidRPr="0086373D" w:rsidRDefault="00593A15">
            <w:pPr>
              <w:spacing w:line="240" w:lineRule="auto"/>
              <w:rPr>
                <w:sz w:val="22"/>
              </w:rPr>
            </w:pPr>
          </w:p>
        </w:tc>
        <w:tc>
          <w:tcPr>
            <w:tcW w:w="436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AC7CC" w14:textId="07A02776" w:rsidR="00593A15" w:rsidRPr="0086373D" w:rsidRDefault="002A666B">
            <w:pPr>
              <w:spacing w:line="240" w:lineRule="auto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                    </w:t>
            </w:r>
            <w:proofErr w:type="spellStart"/>
            <w:r w:rsidR="00087353" w:rsidRPr="0086373D">
              <w:rPr>
                <w:rFonts w:eastAsia="Times New Roman" w:cs="Times New Roman"/>
                <w:sz w:val="22"/>
              </w:rPr>
              <w:t>kérelmező</w:t>
            </w:r>
            <w:proofErr w:type="spellEnd"/>
            <w:r w:rsidR="00087353" w:rsidRPr="0086373D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="00087353" w:rsidRPr="0086373D">
              <w:rPr>
                <w:rFonts w:eastAsia="Times New Roman" w:cs="Times New Roman"/>
                <w:sz w:val="22"/>
              </w:rPr>
              <w:t>aláírása</w:t>
            </w:r>
            <w:proofErr w:type="spellEnd"/>
          </w:p>
        </w:tc>
      </w:tr>
    </w:tbl>
    <w:p w14:paraId="7ED69C46" w14:textId="77777777" w:rsidR="00087353" w:rsidRDefault="00087353"/>
    <w:sectPr w:rsidR="00087353" w:rsidSect="00034616">
      <w:headerReference w:type="default" r:id="rId8"/>
      <w:pgSz w:w="12240" w:h="15840"/>
      <w:pgMar w:top="510" w:right="765" w:bottom="510" w:left="765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96FC" w14:textId="77777777" w:rsidR="00C06EE3" w:rsidRDefault="00C06EE3">
      <w:pPr>
        <w:spacing w:line="240" w:lineRule="auto"/>
      </w:pPr>
      <w:r>
        <w:separator/>
      </w:r>
    </w:p>
  </w:endnote>
  <w:endnote w:type="continuationSeparator" w:id="0">
    <w:p w14:paraId="59755280" w14:textId="77777777" w:rsidR="00C06EE3" w:rsidRDefault="00C06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7235" w14:textId="77777777" w:rsidR="00C06EE3" w:rsidRDefault="00C06EE3">
      <w:pPr>
        <w:spacing w:line="240" w:lineRule="auto"/>
      </w:pPr>
      <w:r>
        <w:separator/>
      </w:r>
    </w:p>
  </w:footnote>
  <w:footnote w:type="continuationSeparator" w:id="0">
    <w:p w14:paraId="1073F725" w14:textId="77777777" w:rsidR="00C06EE3" w:rsidRDefault="00C06E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DB93" w14:textId="77777777" w:rsidR="00593A15" w:rsidRDefault="00087353">
    <w:pPr>
      <w:pStyle w:val="lfej"/>
      <w:pBdr>
        <w:bottom w:val="single" w:sz="6" w:space="0" w:color="666666"/>
      </w:pBdr>
      <w:jc w:val="center"/>
    </w:pPr>
    <w:r>
      <w:rPr>
        <w:rFonts w:eastAsia="Times New Roman" w:cs="Times New Roman"/>
        <w:b/>
      </w:rPr>
      <w:t>CSONGRÁD-CSANÁD VÁRMEGYEI PEDAGÓGIAI SZAKSZOLGÁLAT – SZAKÉRTŐI BIZOTTSÁG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1904709">
    <w:abstractNumId w:val="8"/>
  </w:num>
  <w:num w:numId="2" w16cid:durableId="555629481">
    <w:abstractNumId w:val="6"/>
  </w:num>
  <w:num w:numId="3" w16cid:durableId="284427826">
    <w:abstractNumId w:val="5"/>
  </w:num>
  <w:num w:numId="4" w16cid:durableId="1782988126">
    <w:abstractNumId w:val="4"/>
  </w:num>
  <w:num w:numId="5" w16cid:durableId="1996570855">
    <w:abstractNumId w:val="7"/>
  </w:num>
  <w:num w:numId="6" w16cid:durableId="377824381">
    <w:abstractNumId w:val="3"/>
  </w:num>
  <w:num w:numId="7" w16cid:durableId="1134829712">
    <w:abstractNumId w:val="2"/>
  </w:num>
  <w:num w:numId="8" w16cid:durableId="226302474">
    <w:abstractNumId w:val="1"/>
  </w:num>
  <w:num w:numId="9" w16cid:durableId="213340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A68"/>
    <w:rsid w:val="00034616"/>
    <w:rsid w:val="0006063C"/>
    <w:rsid w:val="00087353"/>
    <w:rsid w:val="000E5310"/>
    <w:rsid w:val="0015074B"/>
    <w:rsid w:val="001A4C97"/>
    <w:rsid w:val="0029639D"/>
    <w:rsid w:val="002A666B"/>
    <w:rsid w:val="00326F90"/>
    <w:rsid w:val="004C0E72"/>
    <w:rsid w:val="00593A15"/>
    <w:rsid w:val="006620A0"/>
    <w:rsid w:val="00840CEF"/>
    <w:rsid w:val="00854945"/>
    <w:rsid w:val="0086373D"/>
    <w:rsid w:val="009249E8"/>
    <w:rsid w:val="009502C4"/>
    <w:rsid w:val="00965840"/>
    <w:rsid w:val="00A54617"/>
    <w:rsid w:val="00AA1D8D"/>
    <w:rsid w:val="00B47730"/>
    <w:rsid w:val="00C06EE3"/>
    <w:rsid w:val="00CB0664"/>
    <w:rsid w:val="00E17B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B7F57"/>
  <w14:defaultImageDpi w14:val="300"/>
  <w15:docId w15:val="{9B5EB54D-36CB-4B68-9321-D412FEFB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0" w:line="36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4A41DB-E2BA-4E98-91DE-102D53BA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505</Words>
  <Characters>3489</Characters>
  <Application>Microsoft Office Word</Application>
  <DocSecurity>0</DocSecurity>
  <Lines>29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Felnőtt személy szakértői vizsgálatára irányuló kérelem és tájékoztató</vt:lpstr>
      <vt:lpstr/>
    </vt:vector>
  </TitlesOfParts>
  <Manager/>
  <Company/>
  <LinksUpToDate>false</LinksUpToDate>
  <CharactersWithSpaces>3987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Felnőtt személy szakértői vizsgálatára irányuló kérelem és tájékoztató</dc:title>
  <dc:subject>Csongrád-Csanád Vármegyei Pedagógiai Szakszolgálat – Szakértői Bizottság</dc:subject>
  <dc:creator>python-docx</dc:creator>
  <cp:keywords/>
  <dc:description>generated by python-docx</dc:description>
  <cp:lastModifiedBy>Emília Balog (csmpsz.edu.hu)</cp:lastModifiedBy>
  <cp:revision>7</cp:revision>
  <dcterms:created xsi:type="dcterms:W3CDTF">2013-12-23T23:15:00Z</dcterms:created>
  <dcterms:modified xsi:type="dcterms:W3CDTF">2026-09-01T10:03:00Z</dcterms:modified>
  <cp:category/>
</cp:coreProperties>
</file>